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173" w:rsidRPr="00621E15" w:rsidRDefault="00621E15" w:rsidP="00621E15">
      <w:pPr>
        <w:autoSpaceDE w:val="0"/>
        <w:autoSpaceDN w:val="0"/>
        <w:spacing w:before="670" w:after="1376" w:line="230" w:lineRule="auto"/>
        <w:ind w:right="1808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173470" cy="8554339"/>
            <wp:effectExtent l="0" t="0" r="0" b="0"/>
            <wp:docPr id="1" name="Рисунок 1" descr="C:\Users\admin\Desktop\Новая папка (4)\обществознаине 6-9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4)\обществознаине 6-9 классы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470" cy="8554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7173" w:rsidRPr="00621E15" w:rsidRDefault="007F05A8" w:rsidP="00621E15">
      <w:pPr>
        <w:tabs>
          <w:tab w:val="left" w:pos="3776"/>
          <w:tab w:val="left" w:pos="3944"/>
          <w:tab w:val="left" w:pos="4256"/>
          <w:tab w:val="left" w:pos="4544"/>
        </w:tabs>
        <w:autoSpaceDE w:val="0"/>
        <w:autoSpaceDN w:val="0"/>
        <w:spacing w:before="978" w:after="0" w:line="446" w:lineRule="auto"/>
        <w:ind w:left="2952" w:right="2016"/>
        <w:rPr>
          <w:lang w:val="ru-RU"/>
        </w:rPr>
        <w:sectPr w:rsidR="00FF7173" w:rsidRPr="00621E15">
          <w:pgSz w:w="11900" w:h="16840"/>
          <w:pgMar w:top="298" w:right="1440" w:bottom="1440" w:left="738" w:header="720" w:footer="720" w:gutter="0"/>
          <w:cols w:space="720" w:equalWidth="0">
            <w:col w:w="9722" w:space="0"/>
          </w:cols>
          <w:docGrid w:linePitch="360"/>
        </w:sectPr>
      </w:pPr>
      <w:r w:rsidRPr="00621E15">
        <w:rPr>
          <w:lang w:val="ru-RU"/>
        </w:rPr>
        <w:lastRenderedPageBreak/>
        <w:tab/>
      </w:r>
    </w:p>
    <w:p w:rsidR="00FF7173" w:rsidRPr="00621E15" w:rsidRDefault="00FF7173">
      <w:pPr>
        <w:autoSpaceDE w:val="0"/>
        <w:autoSpaceDN w:val="0"/>
        <w:spacing w:after="798" w:line="220" w:lineRule="exact"/>
        <w:rPr>
          <w:lang w:val="ru-RU"/>
        </w:rPr>
      </w:pPr>
    </w:p>
    <w:p w:rsidR="00FF7173" w:rsidRPr="00621E15" w:rsidRDefault="00FF7173" w:rsidP="00621E15">
      <w:pPr>
        <w:autoSpaceDE w:val="0"/>
        <w:autoSpaceDN w:val="0"/>
        <w:spacing w:after="0" w:line="230" w:lineRule="auto"/>
        <w:ind w:right="3516"/>
        <w:jc w:val="right"/>
        <w:rPr>
          <w:lang w:val="ru-RU"/>
        </w:rPr>
        <w:sectPr w:rsidR="00FF7173" w:rsidRPr="00621E15">
          <w:pgSz w:w="11900" w:h="16840"/>
          <w:pgMar w:top="1018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21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FF7173" w:rsidRPr="00621E15" w:rsidRDefault="007F05A8">
      <w:pPr>
        <w:autoSpaceDE w:val="0"/>
        <w:autoSpaceDN w:val="0"/>
        <w:spacing w:before="466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ОБЩАЯ ХАРАКТЕРИСТИКА УЧЕБНОГО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ПРЕДМЕТА «ОБЩЕСТВОЗНАНИЕ»</w:t>
      </w:r>
    </w:p>
    <w:p w:rsidR="00FF7173" w:rsidRPr="00621E15" w:rsidRDefault="007F05A8">
      <w:pPr>
        <w:autoSpaceDE w:val="0"/>
        <w:autoSpaceDN w:val="0"/>
        <w:spacing w:before="190" w:after="0" w:line="286" w:lineRule="auto"/>
        <w:ind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Рабочая программа по обществознанию для 6 класса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го общего образования, в соответствии с Концепцией преподавания учебного предмета «Обществознание» (2018 г.), а также с учётом Примерной программы воспитания (2020 г.). Обществознание играет ведущую роль в выполнении школой функции интеграции молодёжи в со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ражданского общества, регулирующие эти взаимодействия социальные нормы.</w:t>
      </w:r>
    </w:p>
    <w:p w:rsidR="00FF7173" w:rsidRPr="00621E15" w:rsidRDefault="007F05A8">
      <w:pPr>
        <w:autoSpaceDE w:val="0"/>
        <w:autoSpaceDN w:val="0"/>
        <w:spacing w:before="70" w:after="0"/>
        <w:ind w:right="288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Изучение курса «Обществознание»,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бязанностях человека и гражданина, способствует воспитанию российской гражданской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идентичности, готовности к служению Отечеству, приверженности нацио​нальным ценностям.</w:t>
      </w:r>
    </w:p>
    <w:p w:rsidR="00FF7173" w:rsidRPr="00621E15" w:rsidRDefault="007F05A8">
      <w:pPr>
        <w:autoSpaceDE w:val="0"/>
        <w:autoSpaceDN w:val="0"/>
        <w:spacing w:before="70" w:after="0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Привлечение при изучении курса различных источников социальной информации, включая СМИ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 Интернет, помогает школьникам освоить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:rsidR="00FF7173" w:rsidRPr="00621E15" w:rsidRDefault="007F05A8">
      <w:pPr>
        <w:autoSpaceDE w:val="0"/>
        <w:autoSpaceDN w:val="0"/>
        <w:spacing w:before="70" w:after="0"/>
        <w:ind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зучение учебного курса «Обществознание» содействует вхождению обучающихся в мир культуры и общественных ценностей и в то же время открытию и утверждению собственного «Я»,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формированию способности к рефлексии, оценке своих возможностей и осознанию своего м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еста в обществе.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«ОБЩЕСТВОЗНАНИЕ»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Целями обществоведческого образования в основной школе являются:</w:t>
      </w:r>
    </w:p>
    <w:p w:rsidR="00FF7173" w:rsidRPr="00621E15" w:rsidRDefault="007F05A8">
      <w:pPr>
        <w:autoSpaceDE w:val="0"/>
        <w:autoSpaceDN w:val="0"/>
        <w:spacing w:before="178" w:after="0" w:line="262" w:lineRule="auto"/>
        <w:ind w:left="42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воспитание общероссийской идентичности, патриотизма, гражданственности, социальной ответственности, правового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​самосознания, приверженности базовым ценностям нашего народа;</w:t>
      </w:r>
    </w:p>
    <w:p w:rsidR="00FF7173" w:rsidRPr="00621E15" w:rsidRDefault="007F05A8">
      <w:pPr>
        <w:autoSpaceDE w:val="0"/>
        <w:autoSpaceDN w:val="0"/>
        <w:spacing w:before="192" w:after="0" w:line="271" w:lineRule="auto"/>
        <w:ind w:left="42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развитие у обучающихся понимания приоритетности общенациональных интересов, приверженности правовым принципам, закреплённым в Конституции Российской Федерации и законодательстве Российской Ф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едерации;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left="42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развитие личности на исключительно важном этапе её социализации — в подростковом возрасте, становление её духовно-нравственной, политической и правовой культуры,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овой деятельности;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left="42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436" w:right="650" w:bottom="35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9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71" w:lineRule="auto"/>
        <w:ind w:left="42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овладение умениями функционально грамотног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 человека: получать из разнообразных источников и критически осмысливать социальную информацию, систематизировать, анализировать полученные данные;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100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освоение способов познавательной, коммуникативной, практической деятельности, необходимых для участия в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жизни гражданского общества и государства;</w:t>
      </w:r>
    </w:p>
    <w:p w:rsidR="00FF7173" w:rsidRPr="00621E15" w:rsidRDefault="007F05A8">
      <w:pPr>
        <w:autoSpaceDE w:val="0"/>
        <w:autoSpaceDN w:val="0"/>
        <w:spacing w:before="190" w:after="0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ла в современном динамично развивающемся российском обществе;</w:t>
      </w:r>
    </w:p>
    <w:p w:rsidR="00FF7173" w:rsidRPr="00621E15" w:rsidRDefault="007F05A8">
      <w:pPr>
        <w:autoSpaceDE w:val="0"/>
        <w:autoSpaceDN w:val="0"/>
        <w:spacing w:before="192" w:after="0" w:line="281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:rsidR="00FF7173" w:rsidRPr="00621E15" w:rsidRDefault="007F05A8">
      <w:pPr>
        <w:autoSpaceDE w:val="0"/>
        <w:autoSpaceDN w:val="0"/>
        <w:spacing w:before="298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«ОБЩЕСТВОЗНАН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ИЕ» В УЧЕБНОМ ПЛАНЕ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right="432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 соответствии с учебным планом обществознание изучается с 6 по 9 класс. Общее количество времени на четыре года обучения составляет 136 часов. Общая недельная нагрузка в каждом году обучения составляет 1 час.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316" w:right="740" w:bottom="1440" w:left="666" w:header="720" w:footer="720" w:gutter="0"/>
          <w:cols w:space="720" w:equalWidth="0">
            <w:col w:w="10494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78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FF7173" w:rsidRPr="00621E15" w:rsidRDefault="007F05A8">
      <w:pPr>
        <w:autoSpaceDE w:val="0"/>
        <w:autoSpaceDN w:val="0"/>
        <w:spacing w:before="346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6 КЛАСС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66" w:after="0" w:line="271" w:lineRule="auto"/>
        <w:ind w:right="100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Человек и его социальное окружение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Биологическое и социальное в человеке. Черты сходства и различия человека и животного. Потребности человека (биологические, социальные, духо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вные). Способности человека.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Люди с ограниченными возможностями здоровья, их особые потребнос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ти и социальная позиция.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Цели и мотивы деятельности. Виды деятельности (игра, труд, учение). Познание человеком мира и самого себя как вид деятельности.</w:t>
      </w:r>
    </w:p>
    <w:p w:rsidR="00FF7173" w:rsidRPr="00621E15" w:rsidRDefault="007F05A8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Право человека на образование. Школьное образование. Права и обязанности учащегося.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Общение. Цели и средства общения. Особенности общения подростков. Общение в современных условиях.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Отношения в малых группах. Групповые нормы и правила. Лидерство в группе. Межличностные отношения (деловые, личные).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Отношения в семье. Роль семьи в жизни ч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еловека и общества. Семейные традиции. Семейный досуг. Свободное время подростка.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Отношения с друзьями и сверстниками. Конфликты в межличностных отношениях.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0" w:after="0" w:line="271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Общество, в котором мы живём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Что такое общество. Связь общества и природы. Устройство общественн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ой жизни. Основные сферы жизни общества и их взаимодействие.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Социальные общности и группы. Положение человека в обществе.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Что такое экономика. Взаимосвязь жизни общества и его экономического развития. Виды экономической деятельности. Ресурсы и возможности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экономики нашей страны.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/>
        <w:ind w:right="14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Политическая жизнь общества. Россия — многонациональное государство. Государственная власть в нашей стране. Государственный Герб, Государственный Флаг, Государственный Гимн Российской Федерации. Наша страна в начале </w:t>
      </w:r>
      <w:r>
        <w:rPr>
          <w:rFonts w:ascii="Times New Roman" w:eastAsia="Times New Roman" w:hAnsi="Times New Roman"/>
          <w:color w:val="000000"/>
          <w:sz w:val="24"/>
        </w:rPr>
        <w:t>XXI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века. Мест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 нашей Родины среди современных государств.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Культурная жизнь. Духовные ценности, традиционные ценности российского народа.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Развитие общества. Усиление взаимосвязей стран и народов в условиях современного общества.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Глобальные проблемы современности и воз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можности их решения усилиями международного сообщества и международных организаций.</w:t>
      </w:r>
    </w:p>
    <w:p w:rsidR="00FF7173" w:rsidRPr="00621E15" w:rsidRDefault="007F05A8">
      <w:pPr>
        <w:autoSpaceDE w:val="0"/>
        <w:autoSpaceDN w:val="0"/>
        <w:spacing w:before="264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7 КЛАСС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66" w:after="0" w:line="271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Социальные ценности и нормы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Общественные ценности. Свобода и ответственность гражданина. Гражданственность и патриотизм. Гуманизм.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28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Социальные нормы как регуляторы общественной жизни и поведения человека в обществе. Виды социальных норм. Традиции и обычаи.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Принципы и нормы морали. Добро и зло. Нравственные чувства человека. Совесть и стыд.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Моральный выбор. Моральная оценка поведения л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юдей и собственного поведения. Влияние моральных норм на общество и человека.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Право и его роль в жизни общества. Право и мораль.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0" w:after="0" w:line="271" w:lineRule="auto"/>
        <w:ind w:right="1152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Человек как участник правовых отношений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Правоотношения и их особенности. Правовая норма. Участники правоотношений.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Правоспособность и дееспособность. Правовая оценка поступков и деятельности человека.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98" w:right="632" w:bottom="312" w:left="666" w:header="720" w:footer="720" w:gutter="0"/>
          <w:cols w:space="720" w:equalWidth="0">
            <w:col w:w="10602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72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Правомерное поведение. Правовая культура личности.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Правонарушение и юридическая ответственность. Проступок и преступление. Оп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асность правонарушений для личности и общества.</w:t>
      </w:r>
    </w:p>
    <w:p w:rsidR="00FF7173" w:rsidRPr="00621E15" w:rsidRDefault="007F05A8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Права и свободы человека и гражданина Российской Федерации. Гарантия и защита прав и свобод человека и гражданина в Российской Федерации. Конституционные обязанности гражданина Российской Федерации. Права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ребёнка и возможности их защиты.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0" w:after="0" w:line="271" w:lineRule="auto"/>
        <w:ind w:right="576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Основы российского права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Конституция Российской Федерации — основной закон. Законы и подзаконные акты. Отрасли права.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2" w:after="0" w:line="262" w:lineRule="auto"/>
        <w:ind w:right="86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Основы гражданского права. Физические и юридические лица в гражданском праве. Право собственности, за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щита прав собственности.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2" w:after="0" w:line="262" w:lineRule="auto"/>
        <w:ind w:right="28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Основные виды гражданско-правовых договоров. Договор купли-продажи. Права потребителей и возможности их защиты. Несовершеннолетние как участники гражданско-правовых отношений.</w:t>
      </w:r>
    </w:p>
    <w:p w:rsidR="00FF7173" w:rsidRPr="00621E15" w:rsidRDefault="007F05A8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Основы семейного права. Важность семьи в жизни человек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а, общества и государства. Условия заключения брака в Российской Федерации. Права и обязанности детей и родителей. Защита прав и интересов детей, оставшихся без попечения родителей.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Основы трудового права. Стороны трудовых отношений, их права и обязанност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и. Трудовой договор. Заключение и прекращение трудового договора. Рабочее время и время отдыха.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Особенности правового статуса несовершеннолетних при осуществлении трудовой деятельности.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Виды юридической ответственности. Гражданско-правовые проступки и гра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жданско-правовая ответственность. Административные проступки и административная ответственность.</w:t>
      </w:r>
    </w:p>
    <w:p w:rsidR="00FF7173" w:rsidRPr="00621E15" w:rsidRDefault="007F05A8">
      <w:pPr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Дисциплинарные проступки и дисциплинарная ответственность. Преступления и уголовная ответственность. Особенности юридической ответственности несовершеннолетних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Правоохранительные органы в Российской Федерации. Структура правоохранительных органов Российской Федерации. Функции правоохранительных органов.</w:t>
      </w:r>
    </w:p>
    <w:p w:rsidR="00FF7173" w:rsidRPr="00621E15" w:rsidRDefault="007F05A8">
      <w:pPr>
        <w:autoSpaceDE w:val="0"/>
        <w:autoSpaceDN w:val="0"/>
        <w:spacing w:before="26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8 КЛАСС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66" w:after="0" w:line="271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Человек в экономических отношениях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Экономическая система и её функции. Собственность.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2" w:after="0" w:line="262" w:lineRule="auto"/>
        <w:ind w:right="28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Производство — источник экономических благ. Факторы производства. Трудовая деятельность. Производительнос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ть труда. Разделение труда.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Предпринимательство. Виды и формы предпринимательской деятельности.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Обмен. Деньги и их функции. Торговля и её формы.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Рыночная экономика. Конкуренция. Спрос и предложение. Рыночное равновесие. Невидимая рука рынка. Многообразие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рынков.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1152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Заработная плата и стимулирование труда. Занятость и безработица.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Финансовый рынок и посредники (банки, страховые компании, кредитные союзы, участники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фондового рынка). Услуги финансовых посредников.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Основные типы финансовых инструментов: акции и облигации.</w:t>
      </w:r>
    </w:p>
    <w:p w:rsidR="00FF7173" w:rsidRPr="00621E15" w:rsidRDefault="007F05A8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ие. Страховые услуги. Защита прав потребителя финансовых услуг.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92" w:right="714" w:bottom="398" w:left="666" w:header="720" w:footer="720" w:gutter="0"/>
          <w:cols w:space="720" w:equalWidth="0">
            <w:col w:w="10520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78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71" w:lineRule="auto"/>
        <w:ind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Экономические функции домохозяйств. Потребление домашних хозяйств. Потребительские товары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 товары длительного пользования. Источники доходов и расходов семьи. Семейный бюджет. Личный финансовый план. Способы и формы сбережений.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Экономические цели и функции государства. Налоги. Доходы и расходы государства.</w:t>
      </w:r>
    </w:p>
    <w:p w:rsidR="00FF7173" w:rsidRPr="00621E15" w:rsidRDefault="007F05A8">
      <w:pPr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Государственный бюджет. Государственн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ая бюджетная и денежно-кредитная политика Российской Федерации. Государственная политика по развитию конкуренции.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0" w:after="0" w:line="271" w:lineRule="auto"/>
        <w:ind w:right="432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Человек в мире культуры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Культура, её многообразие и формы. Влияние духовной культуры на формирование личности. Современная молодёжная культ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ура.</w:t>
      </w:r>
    </w:p>
    <w:p w:rsidR="00FF7173" w:rsidRPr="00621E15" w:rsidRDefault="007F05A8">
      <w:pPr>
        <w:autoSpaceDE w:val="0"/>
        <w:autoSpaceDN w:val="0"/>
        <w:spacing w:before="72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Наука. Естественные и социально-гуманитарные науки. Роль науки в развитии общества.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2" w:after="0" w:line="262" w:lineRule="auto"/>
        <w:ind w:right="576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Политика в сфере культуры 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образования в Российской Федерации.</w:t>
      </w:r>
    </w:p>
    <w:p w:rsidR="00FF7173" w:rsidRPr="00621E15" w:rsidRDefault="007F05A8">
      <w:pPr>
        <w:autoSpaceDE w:val="0"/>
        <w:autoSpaceDN w:val="0"/>
        <w:spacing w:before="70" w:after="0" w:line="271" w:lineRule="auto"/>
        <w:ind w:right="864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Что такое искусство. Виды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искусств. Роль искусства в жизни человека и общества.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Роль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FF7173" w:rsidRPr="00621E15" w:rsidRDefault="007F05A8">
      <w:pPr>
        <w:autoSpaceDE w:val="0"/>
        <w:autoSpaceDN w:val="0"/>
        <w:spacing w:before="26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9 КЛАСС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66" w:after="0" w:line="271" w:lineRule="auto"/>
        <w:ind w:right="28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Человек в политическом измерении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Политика и политическая власть. Государство — политическая организация общества. Признаки государства. Внутренняя и внешняя политика.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Форма государства. Монархия и республика — основные формы правления. Унитарное и федер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ативное государственно-территориальное устройство.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Политический режим и его виды.</w:t>
      </w:r>
    </w:p>
    <w:p w:rsidR="00FF7173" w:rsidRPr="00621E15" w:rsidRDefault="007F05A8">
      <w:pPr>
        <w:autoSpaceDE w:val="0"/>
        <w:autoSpaceDN w:val="0"/>
        <w:spacing w:before="70" w:after="0" w:line="262" w:lineRule="auto"/>
        <w:ind w:left="180" w:right="100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Демократия, демократические ценности. Правовое государство и гражданское общество. Участие граждан в политике. Выборы, референдум.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100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Политические партии, их роль в демократиче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ском обществе. Общественно-политические организации.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2" w:after="0" w:line="271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Гражданин и государство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Основы конституционного строя Российской Федерации. Россия — демократическое федеративное правовое государство с республиканской формой правления. Россия — социальное государст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во.</w:t>
      </w:r>
    </w:p>
    <w:p w:rsidR="00FF7173" w:rsidRPr="00621E15" w:rsidRDefault="007F05A8">
      <w:pPr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Основные направления и приоритеты социальной политики российского государства. Россия —светское государство.</w:t>
      </w:r>
    </w:p>
    <w:p w:rsidR="00FF7173" w:rsidRPr="00621E15" w:rsidRDefault="007F05A8">
      <w:pPr>
        <w:autoSpaceDE w:val="0"/>
        <w:autoSpaceDN w:val="0"/>
        <w:spacing w:before="70" w:after="0" w:line="281" w:lineRule="auto"/>
        <w:ind w:right="576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Законодательные, исполнительные и судебные органы государственной власти в Российской Федерации. Президент — глава государства Российская Федер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Государствен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ное управление. Противодействие коррупции в Российской Федерации.</w:t>
      </w:r>
    </w:p>
    <w:p w:rsidR="00FF7173" w:rsidRPr="00621E15" w:rsidRDefault="007F05A8">
      <w:pPr>
        <w:autoSpaceDE w:val="0"/>
        <w:autoSpaceDN w:val="0"/>
        <w:spacing w:before="70" w:after="0" w:line="271" w:lineRule="auto"/>
        <w:ind w:right="720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Конституционный статус субъектов Российской Федерации.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Местное самоуправление.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98" w:right="770" w:bottom="332" w:left="666" w:header="720" w:footer="720" w:gutter="0"/>
          <w:cols w:space="720" w:equalWidth="0">
            <w:col w:w="10464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78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71" w:lineRule="auto"/>
        <w:ind w:right="432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Взаимосвязь ко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нституционных прав, свобод и обязанностей гражданина Российской Федерации.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180" w:right="2016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Человек в системе социальных отношений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Социальная структура общества. Многообразие социальных общностей и групп.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Социальная мобильность.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Социальный статус человека в обществе. Соци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альные роли. Ролевой набор подростка.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Социализация личности.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:rsidR="00FF7173" w:rsidRPr="00621E15" w:rsidRDefault="007F05A8">
      <w:pPr>
        <w:autoSpaceDE w:val="0"/>
        <w:autoSpaceDN w:val="0"/>
        <w:spacing w:before="72" w:after="0" w:line="262" w:lineRule="auto"/>
        <w:ind w:left="18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Этнос и нация. Россия — многонациональное государство. Этносы и нации в диалоге культур. Социаль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ная политика Российского государства.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Социальные конфликты и пути их разрешения.</w:t>
      </w:r>
    </w:p>
    <w:p w:rsidR="00FF7173" w:rsidRPr="00621E15" w:rsidRDefault="007F05A8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здорового обр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аза жизни.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0" w:after="0"/>
        <w:ind w:right="28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Человек в современном изменяющемся мире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 её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улучшения.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Молодёжь — активный участник общественной жизни. Волонтёрское движение.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Профессии настоящего и будущего. Непрерывное образование и карьера.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Современные ф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ормы связи и коммуникации: как они изменили мир. Особенности общения в виртуальном пространстве.</w:t>
      </w:r>
    </w:p>
    <w:p w:rsidR="00FF7173" w:rsidRPr="00621E15" w:rsidRDefault="007F05A8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Перспективы развития общества.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98" w:right="726" w:bottom="1440" w:left="666" w:header="720" w:footer="720" w:gutter="0"/>
          <w:cols w:space="720" w:equalWidth="0">
            <w:col w:w="10508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78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346" w:after="0" w:line="262" w:lineRule="auto"/>
        <w:ind w:right="576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Личностные и метапредметные р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езультаты представлены с учётом особенностей преподавания обществознания в основной школе.</w:t>
      </w:r>
    </w:p>
    <w:p w:rsidR="00FF7173" w:rsidRPr="00621E15" w:rsidRDefault="007F05A8">
      <w:pPr>
        <w:autoSpaceDE w:val="0"/>
        <w:autoSpaceDN w:val="0"/>
        <w:spacing w:before="70" w:after="0" w:line="286" w:lineRule="auto"/>
        <w:ind w:right="144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Примерной программы воспитания. Содержательные модули (разделы) охватывают з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FF7173" w:rsidRPr="00621E15" w:rsidRDefault="007F05A8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Научным сообществом и предст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FF7173" w:rsidRPr="00621E15" w:rsidRDefault="007F05A8">
      <w:pPr>
        <w:autoSpaceDE w:val="0"/>
        <w:autoSpaceDN w:val="0"/>
        <w:spacing w:before="26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FF7173" w:rsidRPr="00621E15" w:rsidRDefault="007F05A8">
      <w:pPr>
        <w:autoSpaceDE w:val="0"/>
        <w:autoSpaceDN w:val="0"/>
        <w:spacing w:before="166" w:after="0" w:line="283" w:lineRule="auto"/>
        <w:ind w:firstLine="18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Личностные результаты воплощают традиционные российские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Гражда</w:t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нского воспитания: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взаимопомощи; активное участие в школьном самоуправлении; готовность к участию в гуманита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рной деятельности (волонтёрство, помощь людям, нуждающимся в ней).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3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Патриотического воспитания: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ры Российской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Федерации, своего края, народов России; ценностное отношение к достижениям своей Родины —России, к науке, искусству, спорту, технологиям, боевым подвигам и трудовым достижениям народа; уважение к символам России, государственным праздникам;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историческому, природному наследию и памятникам, традициям разных народов, проживающих в родной стране.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1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Духовно-нравственного воспитания: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98" w:right="650" w:bottom="4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пространства.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Физического воспитания, формирования культуры здоровья и эмоционального благополучия: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осознание ценности жизни; ответственное отношение к своему здоровью и установка на здоров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ый образ жизни;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реде;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адаптироваться к стрессовым ситуациям и меняющимся социальным,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информационным и природным условиям, в том числе осмысляя собственный опыт и выстраивая дальнейшие цели;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принимать себя и других, не осуждая;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сформированность на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выков рефлексии, признание своего права на ошибку и такого же права другого человека.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6" w:lineRule="auto"/>
        <w:ind w:right="288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Трудового воспитания: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ой направленности, способность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изучаемого предметного знания; осознание важ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ности обучения на протяжении всей жизни для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х планов с учётом личных и общественных интересов и потребностей.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Экологического воспитания: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ствий своих действий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 потребителя в условиях взаимос​вязи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3" w:lineRule="auto"/>
        <w:ind w:right="14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Ценности научного познания: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языковой и читательской культурой как средством поз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Личностные результаты, обеспечивающие</w:t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 адаптацию обучающегося к изменяющимся условиям социальной и природной среды: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 группах и сообществах, включая семью, группы, сформированные по профессиональной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деятельности, а также в рамках социального взаимодействия с людьми из другой культурной среды;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способность обучающихся во взаимодействии в условиях неопределённости, откры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тость опыту и знаниям других;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способность действовать в условиях неопределённости, открытость опыту и знаниям других,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732" w:bottom="438" w:left="666" w:header="720" w:footer="720" w:gutter="0"/>
          <w:cols w:space="720" w:equalWidth="0">
            <w:col w:w="10502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tabs>
          <w:tab w:val="left" w:pos="180"/>
        </w:tabs>
        <w:autoSpaceDE w:val="0"/>
        <w:autoSpaceDN w:val="0"/>
        <w:spacing w:after="0" w:line="290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повышать уровень своей компетентности через практическую деятельнос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ть, в том числе умение учиться у других людей; 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навык выявления и связывания образов, способность формирования новых знаний, в том числе способн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умение распознавать конкретные примеры понятия по характерным признакам,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понятиями), а также оперировать терминами и представлениями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 области концепции устойчивого развития;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анализировать и выявлять взаимосвязи природы, общества и экономики;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дствий;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FF7173" w:rsidRPr="00621E15" w:rsidRDefault="007F05A8">
      <w:pPr>
        <w:autoSpaceDE w:val="0"/>
        <w:autoSpaceDN w:val="0"/>
        <w:spacing w:before="26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66" w:after="0" w:line="288" w:lineRule="auto"/>
        <w:ind w:right="14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Метапредметные результаты освоения основной образовательно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й программы, формируемые при изучении обществознания: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Овладение универсальными учебными познавательными действиями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Базовые логические действия: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характеризовать существенные признаки социальных явлений и процессов;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существенный признак классификации социальных фактов, основания для их обобщения и сравнения, критерии проводимого анализа;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 учётом предложенной задачи выявлять закономерности и противоречия в рассматриваемых фактах, данных и наблюдениях;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предлагать критерии для выявления закономерностей и противоречий;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дефицит информации, данных, необходимых для решения поставленной задачи;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причинно-следственные связи при изучении явлений и процессов;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делать выводы с использованием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дедуктивных и индуктивных умозаключений, умозаключений по аналогии, формулировать гипотезы о взаимосвязях;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выбирать способ решения учебной задачи (сравнивать несколько вариантов решения, выбирать наи​более подходящий с учётом самостоятель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но выделенных критериев).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1" w:lineRule="auto"/>
        <w:ind w:right="720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Базовые исследовательские действия: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вопросы как исследовательский инструмент познания;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вать искомое и данное;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654" w:bottom="296" w:left="666" w:header="720" w:footer="720" w:gutter="0"/>
          <w:cols w:space="720" w:equalWidth="0">
            <w:col w:w="10580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90" w:line="220" w:lineRule="exact"/>
        <w:rPr>
          <w:lang w:val="ru-RU"/>
        </w:rPr>
      </w:pPr>
    </w:p>
    <w:p w:rsidR="00FF7173" w:rsidRPr="00621E15" w:rsidRDefault="007F05A8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проводить по самостоятельно составленному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плану небольшое исследование по установлению особенностей объекта изучения, причинно-следственных связей и зависимостей объектов между собой;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на применимость и достоверность информацию, полученную в ходе исследования;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формулиро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прогнозировать возможное дальнейшее развитие процессов, событий и их последствия в аналогичных или схо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дных ситуациях, выдвигать предположения об их развитии в новых условиях и контекстах.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Работа с информацией: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различные методы, инструменты и запросы при поиске и отборе информации или данных из источников с учётом предложенной учебной задачи и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заданных критериев;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выбирать, анализировать, систематизировать и интерпретировать информацию различных видов и форм  представления;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никах;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самостоятельно выбирать оптимальную форму представления информации;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надёжность информации по критериям, предложенным педагогическим работником или сформулированным самостоятельно;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эффективно запоминать и систематизировать информацию.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0" w:after="0" w:line="288" w:lineRule="auto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Овладение универсальными учебными коммуникативными действиями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Общение: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выражать себя (свою точку зрения) в устных и письменных текстах;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понимать намерения других, проявлять уважительное отношение к собеседнику и в ко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рректной форме формулировать свои возражения;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сопоставлять свои суждения с суждени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ями других участников диалога, обнаруживать различие и сходство позиций;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публично представлять результаты выполненного исследования, проекта;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 с ним составлять устные и письменные тексты с использованием иллюстративных материалов.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6" w:lineRule="auto"/>
        <w:ind w:right="14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Совместная деятельность: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ния групповых форм взаимодействия при решении поставленной задачи;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обобщать мнения нескольких людей, проявлять готовность руководить, выполнять поручения, подчиняться;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планировать организацию совместной работы, определять свою роль (с учётом предпочтений и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310" w:right="822" w:bottom="356" w:left="666" w:header="720" w:footer="720" w:gutter="0"/>
          <w:cols w:space="720" w:equalWidth="0">
            <w:col w:w="10412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tabs>
          <w:tab w:val="left" w:pos="180"/>
        </w:tabs>
        <w:autoSpaceDE w:val="0"/>
        <w:autoSpaceDN w:val="0"/>
        <w:spacing w:after="0" w:line="286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ые); </w:t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качество своего вклада в общий продукт по критериям, самостоятельно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сформулированным участник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3. Овладение универсальными учебными регулят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ивными действиями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Самоорганизация: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проблемы для решения в жизненных и учебных ситуациях;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различных подходах принятия решений (индивидуальное, принятие решения в группе, принятие решений в группе);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составлят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составлять план действий (план реализации намеченного алгоритма решен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ия), корректировать предложенный алгоритм с учётом получения новых знаний об изучаемом объекте;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делать выбор и брать ответственность за решение.</w:t>
      </w:r>
    </w:p>
    <w:p w:rsidR="00FF7173" w:rsidRPr="00621E15" w:rsidRDefault="007F05A8">
      <w:pPr>
        <w:tabs>
          <w:tab w:val="left" w:pos="180"/>
        </w:tabs>
        <w:autoSpaceDE w:val="0"/>
        <w:autoSpaceDN w:val="0"/>
        <w:spacing w:before="70" w:after="0" w:line="286" w:lineRule="auto"/>
        <w:ind w:right="576"/>
        <w:rPr>
          <w:lang w:val="ru-RU"/>
        </w:rPr>
      </w:pP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Самоконтроль: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способами самоконтроля, самомотивации и рефлексии;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давать адекватную оценку ситуац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ии и предлагать план её изменения;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учитывать контекст и предвидеть трудности, которые могут возникнуть при решении учебной задачи, адаптировать решение к меняющимся обстоятельствам;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причины достижения (недостижения) результатов деятельности,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давать оценку приобретённому опыту, уметь находить позитивное в произошедшей ситуации;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</w:t>
      </w:r>
      <w:r w:rsidRPr="00621E15">
        <w:rPr>
          <w:lang w:val="ru-RU"/>
        </w:rPr>
        <w:br/>
      </w:r>
      <w:r w:rsidRPr="00621E15">
        <w:rPr>
          <w:lang w:val="ru-RU"/>
        </w:rPr>
        <w:tab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оценивать соответствие результата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цели и условиям.</w:t>
      </w:r>
    </w:p>
    <w:p w:rsidR="00FF7173" w:rsidRPr="00621E15" w:rsidRDefault="007F05A8">
      <w:pPr>
        <w:autoSpaceDE w:val="0"/>
        <w:autoSpaceDN w:val="0"/>
        <w:spacing w:before="70" w:after="0" w:line="281" w:lineRule="auto"/>
        <w:ind w:left="180" w:right="2016"/>
        <w:rPr>
          <w:lang w:val="ru-RU"/>
        </w:rPr>
      </w:pP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Эмоциональный интеллект: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различать, называть и управлять собственными эмоциями и эмоциями других; выявлять и анализировать причины эмоций;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ставить себя на место другого человека, понимать мотивы и намерения другого; регулировать способ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выражения эмоций.</w:t>
      </w:r>
    </w:p>
    <w:p w:rsidR="00FF7173" w:rsidRPr="00621E15" w:rsidRDefault="007F05A8">
      <w:pPr>
        <w:autoSpaceDE w:val="0"/>
        <w:autoSpaceDN w:val="0"/>
        <w:spacing w:before="70" w:after="0" w:line="281" w:lineRule="auto"/>
        <w:ind w:left="180" w:right="4032"/>
        <w:rPr>
          <w:lang w:val="ru-RU"/>
        </w:rPr>
      </w:pPr>
      <w:r w:rsidRPr="00621E15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Принятие себя и других: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осознанно относиться к другому человеку, его мнению; признавать своё право на ошибку и такое же право другого; принимать себя и других, не осуждая;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открытость себе и другим;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осознавать невозможность контролирова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ть всё вокруг.</w:t>
      </w:r>
    </w:p>
    <w:p w:rsidR="00FF7173" w:rsidRPr="00621E15" w:rsidRDefault="007F05A8">
      <w:pPr>
        <w:autoSpaceDE w:val="0"/>
        <w:autoSpaceDN w:val="0"/>
        <w:spacing w:before="26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FF7173" w:rsidRPr="00621E15" w:rsidRDefault="007F05A8">
      <w:pPr>
        <w:autoSpaceDE w:val="0"/>
        <w:autoSpaceDN w:val="0"/>
        <w:spacing w:before="26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6 КЛАСС</w:t>
      </w:r>
    </w:p>
    <w:p w:rsidR="00FF7173" w:rsidRPr="00621E15" w:rsidRDefault="007F05A8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Человек и его социальное окружение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jc w:val="center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осваивать и применять знания о социальных свойствах человека, формировании личности,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742" w:bottom="422" w:left="666" w:header="720" w:footer="720" w:gutter="0"/>
          <w:cols w:space="720" w:equalWidth="0">
            <w:col w:w="10492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62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деятельности человека и её видах, образовании, правах и обязанностях учащихся, общении и его правилах, особенностях взаимодействия человека с другими людьми;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характеризовать традиционные российские духовно-нравственные ценности на примерах семьи, семейн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ых традиций; характеризовать основные потребности человека, показывать их индивидуальный характер; особенности личностного становления и социальной позиции людей с ограниченными возможностями здоровья; деятельность человека; образование и его значение для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человека и общества;</w:t>
      </w:r>
    </w:p>
    <w:p w:rsidR="00FF7173" w:rsidRPr="00621E15" w:rsidRDefault="007F05A8">
      <w:pPr>
        <w:autoSpaceDE w:val="0"/>
        <w:autoSpaceDN w:val="0"/>
        <w:spacing w:before="190" w:after="0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приводить примеры деятельности людей, её различных мотивов и особенностей в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современных условиях; малых групп, положения человека в группе; конфликтных ситуаций в малой группе и конструктивных разрешений конфликтов; проявлений лиде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рства, соперничества и сотрудничества людей в группах;</w:t>
      </w:r>
    </w:p>
    <w:p w:rsidR="00FF7173" w:rsidRPr="00621E15" w:rsidRDefault="007F05A8">
      <w:pPr>
        <w:autoSpaceDE w:val="0"/>
        <w:autoSpaceDN w:val="0"/>
        <w:spacing w:before="19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классифицировать по разным признакам виды деятельности человека, потребности людей;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сравнивать понятия «индивид», «индивидуальность», «личность»; свойства человека и животных; виды деятельности (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игра, труд, учение);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right="115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и объяснять взаимосвязи людей в малых группах; целей, способов и результатов деятельности, целей и средств общения;</w:t>
      </w:r>
    </w:p>
    <w:p w:rsidR="00FF7173" w:rsidRPr="00621E15" w:rsidRDefault="007F05A8">
      <w:pPr>
        <w:autoSpaceDE w:val="0"/>
        <w:autoSpaceDN w:val="0"/>
        <w:spacing w:before="190" w:after="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полученные знания для объяснения (устного и письменного) сущности общения как социальн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ого явления, познания человеком мира и самого себя как вида деятельности, роли непрерывного образования, значения личного социального опыта при осуществлении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образовательной деятельности и общения в школе, семье, группе сверстников;</w:t>
      </w:r>
    </w:p>
    <w:p w:rsidR="00FF7173" w:rsidRPr="00621E15" w:rsidRDefault="007F05A8">
      <w:pPr>
        <w:autoSpaceDE w:val="0"/>
        <w:autoSpaceDN w:val="0"/>
        <w:spacing w:before="190" w:after="0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здоровья, к различным способам выражения личной индивидуальности, к различным формам неформального общения по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дростков;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решать познавательные и практические задачи, касающиеся прав и обязанностей учащегося; отражающие особенности ​отношений в семье, со сверстниками, старшими и младшими;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овладевать смысловым чтением текстов обществоведческой тематики, в том числе извлечений из Закона «Об образовании в Российской Федерации»; составлять на их основе план,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преобразовывать текстовую информацию в таблицу, схему;</w:t>
      </w:r>
    </w:p>
    <w:p w:rsidR="00FF7173" w:rsidRPr="00621E15" w:rsidRDefault="007F05A8">
      <w:pPr>
        <w:autoSpaceDE w:val="0"/>
        <w:autoSpaceDN w:val="0"/>
        <w:spacing w:before="192" w:after="0"/>
        <w:ind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искать и извлекать информ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ацию о связи поколений в нашем обществе, об особенностях подросткового возраста, о правах и обязанностях учащегося из разных адаптированных источников (в том числе учебных материалов) и публикаций СМИ с соблюдением правил информационной безопасности при ра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боте в Интернете;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right="78"/>
        <w:jc w:val="both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анализировать, обобщать, систематизировать, оценивать социальную информацию о человеке и его социальном окружении из адаптированных источников (в том числе учебных материалов) и публикаций в СМИ;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оценивать собственные поступки и пов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едение других людей в ходе общения, в ситуациях взаимодействия с людьми с ограниченными возможностями здоровья; оценивать своё отношение к учёбе как важному виду деятельности;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приобретать опыт использования полученных знаний в практической деятельности,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 повседневной жизни для выстраивания отношений с представителями старших поколений, со сверстниками и младшими по возрасту, активного участия в жизни школы и класса;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686" w:bottom="332" w:left="1086" w:header="720" w:footer="720" w:gutter="0"/>
          <w:cols w:space="720" w:equalWidth="0">
            <w:col w:w="10128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114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7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приобретать опыт совместной деятельности,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Общество, в котором мы живём</w:t>
      </w:r>
    </w:p>
    <w:p w:rsidR="00FF7173" w:rsidRPr="00621E15" w:rsidRDefault="007F05A8">
      <w:pPr>
        <w:autoSpaceDE w:val="0"/>
        <w:autoSpaceDN w:val="0"/>
        <w:spacing w:before="178" w:after="0"/>
        <w:ind w:left="240"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осваи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вать и применять знания об обществе и природе, положении человека в обществе; процессах и явлениях в экономической жизни общества; явлениях в политической жизни общества, о народах России, о государственной власти в Российской Федерации; культуре и духовно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й жизни; типах общества, глобальных проблемах;</w:t>
      </w:r>
    </w:p>
    <w:p w:rsidR="00FF7173" w:rsidRPr="00621E15" w:rsidRDefault="007F05A8">
      <w:pPr>
        <w:autoSpaceDE w:val="0"/>
        <w:autoSpaceDN w:val="0"/>
        <w:spacing w:before="192" w:after="0" w:line="271" w:lineRule="auto"/>
        <w:ind w:left="240" w:right="115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характеризовать устройство общества, российское государство, высшие органы государственной власти в Российской Федерации, традиционные российские духовно-нравственные ценности, особенности информационного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общества;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129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приводить примеры разного положения людей в обществе, видов экономической деятельности, глобальных проблем;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классифицировать социальные общности и группы;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сравнивать социальные общности и группы, положение в об​ществе различных людей; ра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зличные формы хозяйствования;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устанавливать  взаимодействия общества и природы, человека и общества, деятельности основных участников экономики;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полученные знания для объяснения (устного и письменного) влияния природы на общество и общес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тва на природу сущности и взаимосвязей явлений, процессов социальной действительности;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определять и аргументировать с опорой на обществоведческие знания, факты общественной жизни и личный социальный опыт своё отношение к проблемам взаимодействия человек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 и природы, сохранению духовных ценностей российского народа;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86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решать познавательные и практические задачи (в том числе задачи, отражающие возможности юного гражданина внести свой вклад в решение экологической проблемы);</w:t>
      </w:r>
    </w:p>
    <w:p w:rsidR="00FF7173" w:rsidRPr="00621E15" w:rsidRDefault="007F05A8">
      <w:pPr>
        <w:autoSpaceDE w:val="0"/>
        <w:autoSpaceDN w:val="0"/>
        <w:spacing w:before="190" w:after="0" w:line="274" w:lineRule="auto"/>
        <w:ind w:left="240" w:right="86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овладевать смысловым чтением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текстов обществоведческой тематики, касающихся отношений человека и природы, уст​ройства общественной жизни, основных сфер жизни общества;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извлекать информацию из разных источников о человеке и обществе, включая информацию о народах России;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анализировать, обобщать, систематизировать, оценивать социальную информацию, включая экономико-статистическую, из адаптированных источников (в том числе учебных материалов) и публикаций в СМИ; используя обществоведческие знания, формулировать выводы;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оценивать собственные поступки и поведение других людей с точки зрения их соответствия духовным традициям общества;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полученные знания, включая основы финансовой грамотности, в практической деятельности, направленной на охрану природы; защи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ту прав потребителя (в том числе потребителя финансовых услуг), на соблюдение традиций общества, в котором мы живём;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осуществлять совместную деятельность, включая взаимодействие с людьми другой культуры,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334" w:right="744" w:bottom="452" w:left="846" w:header="720" w:footer="720" w:gutter="0"/>
          <w:cols w:space="720" w:equalWidth="0">
            <w:col w:w="10310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62" w:lineRule="auto"/>
        <w:ind w:left="42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национальной и религиозной принадлежности на основе взаимопонимания между людьми разных культур; осознавать ценность культуры и традиций народов России.</w:t>
      </w:r>
    </w:p>
    <w:p w:rsidR="00FF7173" w:rsidRPr="00621E15" w:rsidRDefault="007F05A8">
      <w:pPr>
        <w:autoSpaceDE w:val="0"/>
        <w:autoSpaceDN w:val="0"/>
        <w:spacing w:before="32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7 КЛАСС</w:t>
      </w:r>
    </w:p>
    <w:p w:rsidR="00FF7173" w:rsidRPr="00621E15" w:rsidRDefault="007F05A8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Социальные ценности и нормы</w:t>
      </w:r>
    </w:p>
    <w:p w:rsidR="00FF7173" w:rsidRPr="00621E15" w:rsidRDefault="007F05A8">
      <w:pPr>
        <w:autoSpaceDE w:val="0"/>
        <w:autoSpaceDN w:val="0"/>
        <w:spacing w:before="178" w:after="0" w:line="262" w:lineRule="auto"/>
        <w:ind w:left="420" w:right="100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осваивать 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 социальных ценностях; о содержании и значении социальных норм, регулирующих общественные отношения;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характеризовать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традиционные российские духовно-нравственные ценности (в том числе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защита человеческой жизни, прав и свобод человека, гуманизм, милосердие); моральные нормы и их роль в жизни общества;</w:t>
      </w:r>
    </w:p>
    <w:p w:rsidR="00FF7173" w:rsidRPr="00621E15" w:rsidRDefault="007F05A8">
      <w:pPr>
        <w:autoSpaceDE w:val="0"/>
        <w:autoSpaceDN w:val="0"/>
        <w:spacing w:before="192" w:after="0" w:line="262" w:lineRule="auto"/>
        <w:ind w:left="42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приводить примеры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гражданственности и патриотизма; ситуаций морального выбора; ситуаций, регулируемых различными видами социальных норм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классифицировать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социальные нормы, их существенные признаки и элементы;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отдельные виды социальных норм;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влияние социальных норм на общество и человека;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86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для объяснения (устног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 и письменного) сущности социальных норм;</w:t>
      </w:r>
    </w:p>
    <w:p w:rsidR="00FF7173" w:rsidRPr="00621E15" w:rsidRDefault="007F05A8">
      <w:pPr>
        <w:autoSpaceDE w:val="0"/>
        <w:autoSpaceDN w:val="0"/>
        <w:spacing w:before="190" w:after="0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определять и аргументировать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 опорой на обществоведческие знания, факты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общественной жизни и личный социальный опыт своё отношение к явлениям социальной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действительности с точки зрения социальных ценностей; к социальным нормам как регуляторам общественной жизни и поведения человека в обществе;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и практические задачи, отражающие действие социальных норм как регуляторов общественной ж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изни и поведения человека;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100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смысловым чтением текстов обществоведческой тематики, касающихся гуманизма, гражданственности, патриотизма;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извлекать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информацию из разных источников о принципах и нормах морали, проблеме морального выбора;</w:t>
      </w:r>
    </w:p>
    <w:p w:rsidR="00FF7173" w:rsidRPr="00621E15" w:rsidRDefault="007F05A8">
      <w:pPr>
        <w:autoSpaceDE w:val="0"/>
        <w:autoSpaceDN w:val="0"/>
        <w:spacing w:before="192" w:after="0" w:line="271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анализировать, обобщать, систематизировать, оценивать ​социальную информацию из адаптированных источников (в том числе учебных материалов) и публикаций в СМИ, ​соотносить её с собственными знаниями о моральном и правовом регулировании поведения человека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оценивать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собственные поступки, поведение людей с точки зрения их соответствия нормам морали;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о социальных нормах в повседневной жизни;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самостоятельно заполнять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форму (в том числе электронную) и составлять простейш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ий документ (заявление);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Человек как участ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ник правовых отношений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осваивать 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 сущности права, о правоотношении как социальном и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738" w:bottom="378" w:left="666" w:header="720" w:footer="720" w:gutter="0"/>
          <w:cols w:space="720" w:equalWidth="0">
            <w:col w:w="10496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юридическом явлении; правовых нормах, регулирующих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типичные для несовершеннолетнего и членов его семьи общественные отношения; правовом статусе гражданина Российской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Федерации (в том числе несовершеннолетнего); правонарушениях и их опасности для личности и общества;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характеризовать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право как регулятор общественных отношений, конституционные права и обязанности гражданина Российской Федерации, права ребёнка в Российской Федерации;</w:t>
      </w:r>
    </w:p>
    <w:p w:rsidR="00FF7173" w:rsidRPr="00621E15" w:rsidRDefault="007F05A8">
      <w:pPr>
        <w:autoSpaceDE w:val="0"/>
        <w:autoSpaceDN w:val="0"/>
        <w:spacing w:before="190" w:after="0"/>
        <w:ind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приводить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примеры и моделировать ситуации, в которых возникают правоотношения, и ситуации, связанные 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правонарушениями и наступлением юридической ответственности; способы защиты прав ребёнка в Российской Федерации; примеры, поясняющие опасность правонарушений для личности и общества;</w:t>
      </w:r>
    </w:p>
    <w:p w:rsidR="00FF7173" w:rsidRPr="00621E15" w:rsidRDefault="007F05A8">
      <w:pPr>
        <w:autoSpaceDE w:val="0"/>
        <w:autoSpaceDN w:val="0"/>
        <w:spacing w:before="192" w:after="0" w:line="262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классифицировать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 разным признакам (в том числе устанавливать сущес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твенный признак классификации) нормы права, выделяя существенные признаки;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(в том числе устанавливать основания для сравнения) проступок и преступление, дееспособность малолетних в возрасте от 6 до 14 лет и несовершеннолетних в возрасте от 14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до 18 лет;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right="86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взаимосвязи, включая взаимодействия гражданина и государства, между правовым поведением и культурой личности; между особенностями дееспособности несовершеннолетнего и его юридической ответственностью;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использоват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для объяснения сущности права, роли права в обществе, необходимости правомерного поведения, включая налоговое поведение и противодействие коррупции, различий между правомерным и противоправным поведением, проступком и преступлением; для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осмысления личного социального опыта при исполнении типичных для несовершеннолетнего социальных ролей (члена семьи, учащегося, члена ученической общественной организации);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определять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 аргументировать с опорой на обществоведческие знания, факты обществ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енной жизни и личный социальный опыт своё отношение к роли правовых норм как регуляторов общественной жизни и поведения человека;</w:t>
      </w:r>
    </w:p>
    <w:p w:rsidR="00FF7173" w:rsidRPr="00621E15" w:rsidRDefault="007F05A8">
      <w:pPr>
        <w:autoSpaceDE w:val="0"/>
        <w:autoSpaceDN w:val="0"/>
        <w:spacing w:before="190" w:after="0" w:line="278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и практические задачи, отражающие действие правовых норм как регуляторов общественной жизни и поведен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ия человека, анализировать жизненные ситуации и принимать решения, связанные с исполнением типичных для несовершеннолетнего социальных ролей (члена семьи, учащегося, члена ученической общественной организации);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смысловым чтением текстов общес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твоведческой тематики: отбирать информацию из фрагментов Конституции Российской Федерации и других нормативных правовых актов, из предложенных учителем источников о правах и обязанностях граждан, гарантиях и защите прав и свобод человека и гражданина в Рос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сийской Федерации, о правах ребёнка и способах их защиты и составлять на их основе план, преобразовывать текстовую информацию в таблицу, схему;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искать и извлекать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информацию о сущности права и значении правовых норм, о правовой культуре, о гарантиях и з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ащите прав и свобод человека и гражданина в Российской Федерации,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738" w:bottom="512" w:left="1086" w:header="720" w:footer="720" w:gutter="0"/>
          <w:cols w:space="720" w:equalWidth="0">
            <w:col w:w="10076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108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8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анализировать, обобщать, систематизировать, оценивать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социальную информацию из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адаптированных источников (в том числе учебных материалов) и публикаций СМИ, соотносить её с собственными знаниями о правовом регулировании поведения человека, личным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социальным опытом; используя обществоведческие знания, формулировать выводы, подкрепляя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их аргументами;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оценивать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собственные поступки и поведение других людей с точки зрения их соответствия правовым нормам: выражать свою точку зрения, участвовать в дискуссии;</w:t>
      </w:r>
    </w:p>
    <w:p w:rsidR="00FF7173" w:rsidRPr="00621E15" w:rsidRDefault="007F05A8">
      <w:pPr>
        <w:autoSpaceDE w:val="0"/>
        <w:autoSpaceDN w:val="0"/>
        <w:spacing w:before="190" w:after="0" w:line="286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о праве и правовых нормах в практической деяте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льности (выполнять проблемные задания, индивидуальные и групповые проекты), в повседневной жизни для осознанного выполнения гражданских обязанностей (для реализации и защиты прав человека и гражданина, прав потребителя, выбора профессии и оценки собственны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х перспектив в профессиональной сфере с учётом приобретённых представлений о профессиях в сфере права, включая деятельность правоохранительных органов); публично представлять результаты своей деятельности (в рамках изученного материала, включая проектную д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еятельность), в соответствии с темой и ситуацией общения, особенностями аудитории и регламентом;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самостоятельно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заполнять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форму (в том числе электронную) и составлять простейший документ при получении паспорта гражданина Российской Федерации;</w:t>
      </w:r>
    </w:p>
    <w:p w:rsidR="00FF7173" w:rsidRPr="00621E15" w:rsidRDefault="007F05A8">
      <w:pPr>
        <w:autoSpaceDE w:val="0"/>
        <w:autoSpaceDN w:val="0"/>
        <w:spacing w:before="190" w:after="0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осущест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имания между народами, людьми разных культур.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Основы российского права</w:t>
      </w:r>
    </w:p>
    <w:p w:rsidR="00FF7173" w:rsidRPr="00621E15" w:rsidRDefault="007F05A8">
      <w:pPr>
        <w:autoSpaceDE w:val="0"/>
        <w:autoSpaceDN w:val="0"/>
        <w:spacing w:before="178" w:after="0" w:line="283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осваивать 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 Конституции Российской Федерации, других нормативных правовых актах, содержании и значении правовых норм, об отраслях права, о правовых нормах, регулир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ующих типичные для несовершеннолетнего и членов его семьи общественные отношения (в гражданском, трудовом и семейном, административном, уголовном праве); о защите прав несовершеннолетних; о юридической ответственности (гражданско-правовой, дисциплинарной,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административной, уголовной); о правоохранительных органах; об обеспечении безопасности личности, общества и государства, в том числе от терроризма и экстремизма;</w:t>
      </w:r>
    </w:p>
    <w:p w:rsidR="00FF7173" w:rsidRPr="00621E15" w:rsidRDefault="007F05A8">
      <w:pPr>
        <w:autoSpaceDE w:val="0"/>
        <w:autoSpaceDN w:val="0"/>
        <w:spacing w:before="192" w:after="0" w:line="281" w:lineRule="auto"/>
        <w:ind w:left="24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характеризовать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роль Конституции Российской Федерации в системе российского права; правоох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ранительных органов в защите правопорядка, обеспечении социальной стабильности и справедливости; гражданско-правовые отношения, сущность семейных правоотношений; способы защиты интересов и прав детей, оставшихся без попечения родителей; содержание трудовог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 договора, виды правонарушений и виды наказаний;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приводить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примеры законов и подзаконных актов и моделировать ситуации, регулируемые нормами гражданского, трудового, семейного, административного и уголовного права, в том числе связанные с применением 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анкций за совершённые правонарушения;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классифицировать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 разным признакам виды нормативных правовых актов, виды правонарушений и юридической ответственности по отраслям права (в том числе устанавливать существенный признак классификации);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(в том числе устанавливать основания для сравнения) сферы регулирования различных отраслей права (гражданского, трудового, семейного, административного и уголовного), права и обязанности работника и работодателя, имущественные и личные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328" w:right="708" w:bottom="312" w:left="846" w:header="720" w:footer="720" w:gutter="0"/>
          <w:cols w:space="720" w:equalWidth="0">
            <w:col w:w="10346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72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неимущественные отношения;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взаимосвязи прав и обязанностей работника и работодателя, прав и обязанностей членов семьи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; традиционных российских ценностей и личных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неимущественных отношений в семье;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об отраслях права в решении учебных задач: для объяснения взаимосвязи гражданской правоспособности и дееспособности; значения семьи в жизни ч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еловека, общества и государства; социальной опасности и неприемлемости уголовных и административных правонарушений, экстремизма, терроризма, коррупции и необходимости противостоять им;</w:t>
      </w:r>
    </w:p>
    <w:p w:rsidR="00FF7173" w:rsidRPr="00621E15" w:rsidRDefault="007F05A8">
      <w:pPr>
        <w:autoSpaceDE w:val="0"/>
        <w:autoSpaceDN w:val="0"/>
        <w:spacing w:before="192" w:after="0" w:line="271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определять и аргументировать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своё отношение к защите прав участников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трудовых отношений с опорой на знания в области трудового права, к правонарушениям, формулировать аргументированные выводы о недопустимости нарушения правовых норм;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и практические задачи, отражающие типичные взаимодействия, регули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руемые нормами гражданского, трудового, семейного, административного и уголовного права;</w:t>
      </w:r>
    </w:p>
    <w:p w:rsidR="00FF7173" w:rsidRPr="00621E15" w:rsidRDefault="007F05A8">
      <w:pPr>
        <w:autoSpaceDE w:val="0"/>
        <w:autoSpaceDN w:val="0"/>
        <w:spacing w:before="190" w:after="0" w:line="283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смысловым чтением текстов обществоведческой тематики: отбирать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информацию из фрагментов нормативных правовых актов (Гражданский кодекс Российской Федера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ции, Семейный кодекс Российской Федерации, Трудовой кодекс Российской Федерации, Кодекс Российской Федерации об административных правонарушениях, Уголовный кодекс Российской Федерации), из предложенных учителем источников о правовых нормах,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правоотношения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х и специфике их регулирования, преобразовывать текстовую информацию в таблицу, схему;</w:t>
      </w:r>
    </w:p>
    <w:p w:rsidR="00FF7173" w:rsidRPr="00621E15" w:rsidRDefault="007F05A8">
      <w:pPr>
        <w:autoSpaceDE w:val="0"/>
        <w:autoSpaceDN w:val="0"/>
        <w:spacing w:before="190" w:after="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искать и извлекать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информацию по правовой тематике в сфере гражданского, трудового, семейного, административного и уголовного права: выявлять соответствующие факты из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разных адаптированных источников (в том числе учебных материалов) и публикаций СМИ с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соблюдением правил информационной безопасности при работе в Интернете;</w:t>
      </w:r>
    </w:p>
    <w:p w:rsidR="00FF7173" w:rsidRPr="00621E15" w:rsidRDefault="007F05A8">
      <w:pPr>
        <w:autoSpaceDE w:val="0"/>
        <w:autoSpaceDN w:val="0"/>
        <w:spacing w:before="190" w:after="0" w:line="283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анализировать, обобщать, систематизировать, оценивать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​социальную информацию из адаптированных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источников(в том числе учебных материалов) и публикаций СМИ, соотносить её с собственными знаниями об отраслях права (гражданского, трудового, семейного,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административного и уголовного) и личным социальным опытом; используя обществоведческие знания, форму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лировать выводы, подкрепляя их аргументами, о применении санкций за совершённые правонарушения, о юридической ответственности несовершеннолетних;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оценивать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собственные поступки и поведение других людей с точки зрения их соответствия нормам гражданского,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трудового, семейного, административного и уголовного права;</w:t>
      </w:r>
    </w:p>
    <w:p w:rsidR="00FF7173" w:rsidRPr="00621E15" w:rsidRDefault="007F05A8">
      <w:pPr>
        <w:autoSpaceDE w:val="0"/>
        <w:autoSpaceDN w:val="0"/>
        <w:spacing w:before="190" w:after="0" w:line="283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полученные знания о нормах гражданского, трудового, семейного,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административного и уголовного права в практической деятельности (выполнять проблемные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задания, индивидуальные и групповые проекты), в повседневной жизни для осознанного выполнения обязанностей, правомерного поведения, реализации и защиты своих прав; публично представлять результаты своей деятельности (в рамках изученного материала, включая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проектную деятельность), в соответствии с темой и ситуацией общения, особенностями аудитории и регламентом;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самостоятельно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заполнять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форму (в том числе электронную) и составлять простейший документ (заявление о приёме на работу);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92" w:right="820" w:bottom="338" w:left="1086" w:header="720" w:footer="720" w:gutter="0"/>
          <w:cols w:space="720" w:equalWidth="0">
            <w:col w:w="9994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108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FF7173" w:rsidRPr="00621E15" w:rsidRDefault="007F05A8">
      <w:pPr>
        <w:autoSpaceDE w:val="0"/>
        <w:autoSpaceDN w:val="0"/>
        <w:spacing w:before="32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8 КЛАСС</w:t>
      </w:r>
    </w:p>
    <w:p w:rsidR="00FF7173" w:rsidRPr="00621E15" w:rsidRDefault="007F05A8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Человек в экономических отношениях</w:t>
      </w:r>
    </w:p>
    <w:p w:rsidR="00FF7173" w:rsidRPr="00621E15" w:rsidRDefault="007F05A8">
      <w:pPr>
        <w:autoSpaceDE w:val="0"/>
        <w:autoSpaceDN w:val="0"/>
        <w:spacing w:before="178" w:after="0" w:line="281" w:lineRule="auto"/>
        <w:ind w:left="420"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осваивать 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об эконом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ической жизни общества, её основных проявлениях, экономических системах, собственности, механизме рыночного регулирования экономики, финансовых отношениях, роли государства в экономике, видах налогов, основах государственной бюджетной и денежно-кредитной п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олитики, о влиянии государственной политики на развитие конкуренции;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88" w:right="144"/>
        <w:jc w:val="center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характеризовать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способы координации хозяйственной жизни в различных экономических системах; объекты спроса и предложения на рынке труда и финансовом рынке; функции денег;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приводить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использования способов повышения эффективности производства;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классифицировать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(в том числе устанавливать существенный при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знак классификации) механизмы государственного регулирования экономики;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различные способы хозяйствования;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связи политических потрясений и социально-экономических кризисов в государстве;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left="42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полученные знания для объяснения причин достижения (недостижения) результатов экономической деятельности; для объяснения основных механизмов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государственного регулирования экономики, государственной политики по развитию конкуренции, социально-экономическо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й роли и функций предпринимательства, причин и последствий безработицы, необходимости правомерного налогового поведения;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определять и аргументировать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оё отношение к предпринимательству и развитию собственного бизнеса;</w:t>
      </w:r>
    </w:p>
    <w:p w:rsidR="00FF7173" w:rsidRPr="00621E15" w:rsidRDefault="007F05A8">
      <w:pPr>
        <w:autoSpaceDE w:val="0"/>
        <w:autoSpaceDN w:val="0"/>
        <w:spacing w:before="192" w:after="0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и практические задачи, связанные с осуществлением экономических действий, на основе рационального выбора в условиях ограниченных ресурсов; с использованием различн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</w:t>
      </w:r>
    </w:p>
    <w:p w:rsidR="00FF7173" w:rsidRPr="00621E15" w:rsidRDefault="007F05A8">
      <w:pPr>
        <w:autoSpaceDE w:val="0"/>
        <w:autoSpaceDN w:val="0"/>
        <w:spacing w:before="190" w:after="0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смысловым чтением, преобразовывать текстовую экономическую информацию в модели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безрабо​тицы;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извлекать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информацию из адаптированных источников, публикаций СМИ 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Интернета о тенденциях развития экономики в нашей стране, о борьбе с различными формами финансового мошенничества;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анализировать, обобщать, систематизировать, конкретизировать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 критически оценивать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328" w:right="720" w:bottom="348" w:left="666" w:header="720" w:footer="720" w:gutter="0"/>
          <w:cols w:space="720" w:equalWidth="0">
            <w:col w:w="10514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социальную информацию, включая экономико-статистическую, из адаптированных источников (в том числе учебных материалов) и публикаций СМИ,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соотносить её с личным социальным опытом; используя обществоведческие знания, формулировать выводы, подкрепляя их аргументами;</w:t>
      </w:r>
    </w:p>
    <w:p w:rsidR="00FF7173" w:rsidRPr="00621E15" w:rsidRDefault="007F05A8">
      <w:pPr>
        <w:autoSpaceDE w:val="0"/>
        <w:autoSpaceDN w:val="0"/>
        <w:spacing w:before="190" w:after="0" w:line="283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оценивать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собственные поступки и поступки других людей с точки зрения их экономической рациональности (сложившиеся модели пов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едения производителей и потребителей; граждан, защищающих свои экономические интересы; практики осуществления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роизводства, распределения семейных ресурсов, для оценки рисков осуществления финансовых мошенничеств, применения недобросовестных практик);</w:t>
      </w:r>
    </w:p>
    <w:p w:rsidR="00FF7173" w:rsidRPr="00621E15" w:rsidRDefault="007F05A8">
      <w:pPr>
        <w:autoSpaceDE w:val="0"/>
        <w:autoSpaceDN w:val="0"/>
        <w:spacing w:before="192" w:after="0" w:line="283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приобретать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опыт использования знаний, включая основы финансовой грамотности, в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практической деятельности и повседневной жизни для анализа потребления домашнего хозяйства, структуры семейного бюджета; составления личного финансового плана; для выбора профессии и оценки собственных перспектив в профессиональной сфере; выбора форм сбере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жений; для реализации и защиты прав потребителя (в том числе финансовых услуг), осознанного выполнения гражданских обязанностей, выбора профессии и оценки собственных перспектив в профессиональной сфере;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100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приобретать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опыт составления простейших документо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 (личный финансовый план, заявление, резюме);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гуманистических ценностей, взаимопонимания между людьми разных кул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ьтур.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Человек в мире культуры</w:t>
      </w:r>
    </w:p>
    <w:p w:rsidR="00FF7173" w:rsidRPr="00621E15" w:rsidRDefault="007F05A8">
      <w:pPr>
        <w:autoSpaceDE w:val="0"/>
        <w:autoSpaceDN w:val="0"/>
        <w:spacing w:before="178" w:after="0" w:line="27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осваивать 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 процессах и явлениях в духовной жизни общества, о науке и образовании, системе образования в Российской Федерации, о религии, мировых религиях, об искусстве и его видах; об информации как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важном ресурсе современного общества;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характеризовать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духовно-нравственные ценности (в том числе нормы морали и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нравственности, гуманизм, милосердие, справедливость) нашего общества, искусство как сферу деятельности, информационную культуру и информаци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онную безопасность;</w:t>
      </w:r>
    </w:p>
    <w:p w:rsidR="00FF7173" w:rsidRPr="00621E15" w:rsidRDefault="007F05A8">
      <w:pPr>
        <w:autoSpaceDE w:val="0"/>
        <w:autoSpaceDN w:val="0"/>
        <w:spacing w:before="192" w:after="0" w:line="262" w:lineRule="auto"/>
        <w:ind w:left="240"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приводить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примеры политики российского государства в сфере культуры и образования; влияния образования на социализацию личности; правил информационной безопасности;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классифицировать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 разным признакам формы и виды культуры;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86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ср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формы культуры, естественные и социально-гуманитарные науки, виды искусств;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взаимосвязь развития духовной культуры и формирования личности, взаимовлияние науки и образования;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полученные знания для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объяснения роли непрерывного образования;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определять и аргументировать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 точки зрения социальных ценностей и с опорой на обществоведческие знания, факты общественной жизни своё отношение к информационной культуре и информационной безопасности, правилам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безопасного поведения в Интернете;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728" w:bottom="512" w:left="846" w:header="720" w:footer="720" w:gutter="0"/>
          <w:cols w:space="720" w:equalWidth="0">
            <w:col w:w="10326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108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62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и практические задачи, касающиеся форм и многообразия духовной культуры;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смысловым чтением текстов 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поиск информации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 ответственности современных учёных, о религиозных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FF7173" w:rsidRPr="00621E15" w:rsidRDefault="007F05A8">
      <w:pPr>
        <w:autoSpaceDE w:val="0"/>
        <w:autoSpaceDN w:val="0"/>
        <w:spacing w:before="190" w:after="0" w:line="274" w:lineRule="auto"/>
        <w:ind w:left="42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анализировать, систематизировать, критически оценив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ать и обобщать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социальную информацию, представленную в разных формах (описательную, графическую,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аудиовизуальную), при изучении культуры, науки и образования;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оценивать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собственные поступки, поведение людей в духовной сфере жизни общества;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100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приобретать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опыт осуществления совместной деятельности при изучении особенностей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разных культур, национальных и религиозных ценностей.</w:t>
      </w:r>
    </w:p>
    <w:p w:rsidR="00FF7173" w:rsidRPr="00621E15" w:rsidRDefault="007F05A8">
      <w:pPr>
        <w:autoSpaceDE w:val="0"/>
        <w:autoSpaceDN w:val="0"/>
        <w:spacing w:before="322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9 КЛАСС</w:t>
      </w:r>
    </w:p>
    <w:p w:rsidR="00FF7173" w:rsidRPr="00621E15" w:rsidRDefault="007F05A8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Человек в политическом измерении</w:t>
      </w:r>
    </w:p>
    <w:p w:rsidR="00FF7173" w:rsidRPr="00621E15" w:rsidRDefault="007F05A8">
      <w:pPr>
        <w:autoSpaceDE w:val="0"/>
        <w:autoSpaceDN w:val="0"/>
        <w:spacing w:before="178" w:after="0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осваивать 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статусе гражданина Российской Федерации, о формах участия граждан в политике, выборах и референдуме, о политических партиях;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характеризовать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государство как социальный институт; принципы и признаки демократии, демократические ценности; роль государства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 обществе на основе его функций; правовое государство;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left="4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приводить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ики России; политических партий и иных общественных объединений граждан; законного участия граждан в политике; связи политических потрясений и социально-экономического кризиса в государстве;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42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классифицировать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современные государства по разным признакам;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элементы формы государства; типы политических партий; типы общественно-политических организаций;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left="42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(в том числе устанавливать основания для сравнения) политическую власть с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устройство, монархию и республику, политическую партию и общественно-политическое движение, выборы и референд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ум;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42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обязанностями граждан, связи политических потрясений и социально-экономических кризисов в государстве;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328" w:right="748" w:bottom="348" w:left="666" w:header="720" w:footer="720" w:gutter="0"/>
          <w:cols w:space="720" w:equalWidth="0">
            <w:col w:w="10486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9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8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полученные знания для объяснения сущности политики, политической власти, значения политической деятельности в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обществе; для объяснения взаимосвязи правового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объяснения роли СМИ в современном обществе и государстве;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определять и аргументировать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 рамках изученного материала познавате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льные и практические задачи, отражающие типичные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</w:t>
      </w:r>
    </w:p>
    <w:p w:rsidR="00FF7173" w:rsidRPr="00621E15" w:rsidRDefault="007F05A8">
      <w:pPr>
        <w:autoSpaceDE w:val="0"/>
        <w:autoSpaceDN w:val="0"/>
        <w:spacing w:before="192" w:after="0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смысловым чтением фрагментов Конституц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ии Российской Федерации, других нормативных правовых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й, формах участия граждан в политике;</w:t>
      </w:r>
    </w:p>
    <w:p w:rsidR="00FF7173" w:rsidRPr="00621E15" w:rsidRDefault="007F05A8">
      <w:pPr>
        <w:autoSpaceDE w:val="0"/>
        <w:autoSpaceDN w:val="0"/>
        <w:spacing w:before="190" w:after="0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искать и извлекать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ий СМИ с соблюдением правил информационной безопасности при работе в Интернете;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анализировать и конкретизировать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оценивать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политическую деятель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ность различных субъектов политики с точки зрения учёта в ней интересов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left="240"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ния в практической учебной деятельности (включая выполнение проектов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й и ситуацией общения, особенностями аудитории и регламентом;</w:t>
      </w:r>
    </w:p>
    <w:p w:rsidR="00FF7173" w:rsidRPr="00621E15" w:rsidRDefault="007F05A8">
      <w:pPr>
        <w:autoSpaceDE w:val="0"/>
        <w:autoSpaceDN w:val="0"/>
        <w:spacing w:before="192" w:after="0" w:line="28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современного российского общества: гуманистических и демократических ценностей, идей мира и взаимопонимания между народами, людьми разных культур: выполнять учебные задания в парах и группах, исследовательские проекты.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Гражданин и государство</w:t>
      </w:r>
    </w:p>
    <w:p w:rsidR="00FF7173" w:rsidRPr="00621E15" w:rsidRDefault="007F05A8">
      <w:pPr>
        <w:autoSpaceDE w:val="0"/>
        <w:autoSpaceDN w:val="0"/>
        <w:spacing w:before="178" w:after="0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осваивать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об основах конституционного строя и организации государственной власти в Российской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овных направлениях внутренней политики Российской Федерации;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характеризовать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Россию как демократическое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дента Российской Федерации, особенности формирования и функции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316" w:right="700" w:bottom="432" w:left="846" w:header="720" w:footer="720" w:gutter="0"/>
          <w:cols w:space="720" w:equalWidth="0">
            <w:col w:w="10354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Государственной Думы и Совета Федерации, Правительства Росс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ийской Федерации;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приводить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политических партий; пол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классифицировать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 разным приз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FF7173" w:rsidRPr="00621E15" w:rsidRDefault="007F05A8">
      <w:pPr>
        <w:autoSpaceDE w:val="0"/>
        <w:autoSpaceDN w:val="0"/>
        <w:spacing w:before="192" w:after="0" w:line="262" w:lineRule="auto"/>
        <w:ind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 опорой на Конституцию Российской Федерации полномочия центральных органов государственной власти и 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убъектов Российской Федерации;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</w:t>
      </w:r>
    </w:p>
    <w:p w:rsidR="00FF7173" w:rsidRPr="00621E15" w:rsidRDefault="007F05A8">
      <w:pPr>
        <w:autoSpaceDE w:val="0"/>
        <w:autoSpaceDN w:val="0"/>
        <w:spacing w:before="190" w:after="0"/>
        <w:ind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—  использ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</w:t>
      </w:r>
    </w:p>
    <w:p w:rsidR="00FF7173" w:rsidRPr="00621E15" w:rsidRDefault="007F05A8">
      <w:pPr>
        <w:autoSpaceDE w:val="0"/>
        <w:autoSpaceDN w:val="0"/>
        <w:spacing w:before="190" w:after="0"/>
        <w:ind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с опорой на обществоведческие знания, факты общественной жизни и личный социальный опыт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определять и аргументировать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ой по отношению к нашей стране политике «сдерживания»;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и практические задачи, отражающие процессы, явления и события в политической жизни Российской Федерации, в международных отношениях;</w:t>
      </w:r>
    </w:p>
    <w:p w:rsidR="00FF7173" w:rsidRPr="00621E15" w:rsidRDefault="007F05A8">
      <w:pPr>
        <w:autoSpaceDE w:val="0"/>
        <w:autoSpaceDN w:val="0"/>
        <w:spacing w:before="190" w:after="0"/>
        <w:ind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систематизировать и конкретизировать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инф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ормацию о политической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дным терроризмом;</w:t>
      </w:r>
    </w:p>
    <w:p w:rsidR="00FF7173" w:rsidRPr="00621E15" w:rsidRDefault="007F05A8">
      <w:pPr>
        <w:autoSpaceDE w:val="0"/>
        <w:autoSpaceDN w:val="0"/>
        <w:spacing w:before="192" w:after="0" w:line="283" w:lineRule="auto"/>
        <w:ind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Российской Федерации, гражданстве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Российской Федерации, конституционном статусе человека и гражданина, о полномочиях высших органов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ных учителем источников и учебных материалов, составлять на их основе план, преобразовывать текстовую информацию в таблицу, схему;</w:t>
      </w:r>
    </w:p>
    <w:p w:rsidR="00FF7173" w:rsidRPr="00621E15" w:rsidRDefault="007F05A8">
      <w:pPr>
        <w:autoSpaceDE w:val="0"/>
        <w:autoSpaceDN w:val="0"/>
        <w:spacing w:before="190" w:after="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искать и извлекать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государственной власти, о статусе субъекта Федерации, в котором проживают обучающиеся: выявлять соответствующие факты из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публикаций СМИ с соблюдением правил информационной безопасности при работе в Интернете;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анализировать, обобщать, систематизировать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и конкретизировать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информацию о важнейших изменениях в российском законодательстве, о ключевых решениях высших органов государственной власти и управления Российской Федерации, субъектов Российской Федерации,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722" w:bottom="452" w:left="1086" w:header="720" w:footer="720" w:gutter="0"/>
          <w:cols w:space="720" w:equalWidth="0">
            <w:col w:w="10092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62" w:lineRule="auto"/>
        <w:ind w:left="240"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соотносить её с собственными знаниями о политике, формулировать выводы, подкрепляя их аргументами;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оценивать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собс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твенные поступки и поведение других 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ания о государстве Российская Федерация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деятельности (в рамках изученного материала, включая проектную деятельность) в соответствии с темой и ситуацией общения, особенностями аудитории и регламентом;</w:t>
      </w:r>
    </w:p>
    <w:p w:rsidR="00FF7173" w:rsidRPr="00621E15" w:rsidRDefault="007F05A8">
      <w:pPr>
        <w:autoSpaceDE w:val="0"/>
        <w:autoSpaceDN w:val="0"/>
        <w:spacing w:before="192" w:after="0" w:line="262" w:lineRule="auto"/>
        <w:ind w:left="240" w:right="57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самостоятельно заполнять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форму (в том числе электронную) и составлять простейший документ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 использовании портала государственных услуг;</w:t>
      </w:r>
    </w:p>
    <w:p w:rsidR="00FF7173" w:rsidRPr="00621E15" w:rsidRDefault="007F05A8">
      <w:pPr>
        <w:autoSpaceDE w:val="0"/>
        <w:autoSpaceDN w:val="0"/>
        <w:spacing w:before="190" w:after="0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тических и демократических ценностей, идей мира и взаимопонимания между народами, людьми разных культур.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Человек в системе социальных отношений</w:t>
      </w:r>
    </w:p>
    <w:p w:rsidR="00FF7173" w:rsidRPr="00621E15" w:rsidRDefault="007F05A8">
      <w:pPr>
        <w:autoSpaceDE w:val="0"/>
        <w:autoSpaceDN w:val="0"/>
        <w:spacing w:before="178" w:after="0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осваивать 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 социальной структуре общества, социальных общностях и группах; социальных стат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у​сах, ролях, социализации личности; важности семьи как ба​зового социального института; об этносе и нациях, этническом многообразии современного </w:t>
      </w:r>
      <w:r w:rsidRPr="00621E15">
        <w:rPr>
          <w:lang w:val="ru-RU"/>
        </w:rPr>
        <w:br/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человечества, диалоге куль​тур, отклоняющемся поведении и здоровом образе жизни;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характеризовать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функции 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емьи в обществе; основы социальной политики Российского государства;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приводить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классифицировать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социальные общности и группы;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виды соц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иальной мобильности;</w:t>
      </w:r>
    </w:p>
    <w:p w:rsidR="00FF7173" w:rsidRPr="00621E15" w:rsidRDefault="007F05A8">
      <w:pPr>
        <w:autoSpaceDE w:val="0"/>
        <w:autoSpaceDN w:val="0"/>
        <w:spacing w:before="192" w:after="0" w:line="262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причины существования разных социальных групп; социальных различий и конфликтов;</w:t>
      </w:r>
    </w:p>
    <w:p w:rsidR="00FF7173" w:rsidRPr="00621E15" w:rsidRDefault="007F05A8">
      <w:pPr>
        <w:autoSpaceDE w:val="0"/>
        <w:autoSpaceDN w:val="0"/>
        <w:spacing w:before="190" w:after="0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для осмысления личного социального опыта при исполнении типичных для несовершеннолетних соц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иальных ролей; аргументированного объяснения социальной и личной значимости здорового образа жизни, опасности наркомании и алкоголизма для человека и общества;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129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определять и аргументировать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 опорой на обществоведческие знания, факты общественной жизни 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личный социальный опыт своё отношение к разным этносам;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познавательные и практические задачи, отражающие типичные социальные взаимодействия; направленные на распознавание отклоняющегося поведения и его видов;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смысловое чтение тек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стов и составлять на основе учебных текстов план (в том числе отражающий изу​ченный материал о социализации личности);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извлекать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информацию из адаптированных источников, публикаций СМИ и Интернета о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744" w:bottom="332" w:left="846" w:header="720" w:footer="720" w:gutter="0"/>
          <w:cols w:space="720" w:equalWidth="0">
            <w:col w:w="10310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6" w:line="220" w:lineRule="exact"/>
        <w:rPr>
          <w:lang w:val="ru-RU"/>
        </w:rPr>
      </w:pPr>
    </w:p>
    <w:p w:rsidR="00FF7173" w:rsidRPr="00621E15" w:rsidRDefault="007F05A8">
      <w:pPr>
        <w:autoSpaceDE w:val="0"/>
        <w:autoSpaceDN w:val="0"/>
        <w:spacing w:after="0" w:line="271" w:lineRule="auto"/>
        <w:ind w:left="240" w:right="43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межнациональных отношениях, об историческом единстве народов России; преобразовывать информацию из текста в мод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ели (таблицу, диаграмму, схему) и из предложенных моделей в текст;</w:t>
      </w:r>
    </w:p>
    <w:p w:rsidR="00FF7173" w:rsidRPr="00621E15" w:rsidRDefault="007F05A8">
      <w:pPr>
        <w:autoSpaceDE w:val="0"/>
        <w:autoSpaceDN w:val="0"/>
        <w:spacing w:before="190" w:after="0" w:line="28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анализировать, обобщать, систематизировать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текстовую и статистическую социальную информацию из адаптированных источников, учебных материалов и публикаций СМИ об отклоняющемся поведении,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его причинах и негативных последствиях; о выполнении членами семьи своих социальных ролей; о социальных конфликтах; критически оценивать современную социальную информацию;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оценивать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собственные поступки и поведение, демонстрирующее отношение к людям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других национальностей; осознавать неприемлемость антиобщественного поведения;</w:t>
      </w:r>
    </w:p>
    <w:p w:rsidR="00FF7173" w:rsidRPr="00621E15" w:rsidRDefault="007F05A8">
      <w:pPr>
        <w:autoSpaceDE w:val="0"/>
        <w:autoSpaceDN w:val="0"/>
        <w:spacing w:before="192" w:after="0" w:line="262" w:lineRule="auto"/>
        <w:ind w:left="240" w:right="1152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в практической деятельности для выстраивания собственного поведения с позиции здорового образа жизни;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культур.</w:t>
      </w:r>
    </w:p>
    <w:p w:rsidR="00FF7173" w:rsidRPr="00621E15" w:rsidRDefault="007F05A8">
      <w:pPr>
        <w:autoSpaceDE w:val="0"/>
        <w:autoSpaceDN w:val="0"/>
        <w:spacing w:before="178" w:after="0" w:line="230" w:lineRule="auto"/>
        <w:rPr>
          <w:lang w:val="ru-RU"/>
        </w:rPr>
      </w:pP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Человек в современном изменяющемся мире</w:t>
      </w:r>
    </w:p>
    <w:p w:rsidR="00FF7173" w:rsidRPr="00621E15" w:rsidRDefault="007F05A8">
      <w:pPr>
        <w:autoSpaceDE w:val="0"/>
        <w:autoSpaceDN w:val="0"/>
        <w:spacing w:before="178" w:after="0" w:line="262" w:lineRule="auto"/>
        <w:ind w:left="24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осваивать и применять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знания об информационном обществе, гл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обализации, глобальных проблемах;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 w:right="1296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характеризовать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сущность информационного общества; здоровый образ жизни; глобализацию как важный общемировой интеграционный процесс;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приводить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примеры глобальных проблем и возможных путей их решения; участия молодёжи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в общественной жизни; влияния образования на возможности профессионального выбора и карьерного роста;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сравнивать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требования к современным профессиям;</w:t>
      </w:r>
    </w:p>
    <w:p w:rsidR="00FF7173" w:rsidRPr="00621E15" w:rsidRDefault="007F05A8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устанавливать и объяснять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причины и последствия глобализации;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14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использовать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полученные знания о с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овременном обществе для решения познавательных задач и анализа ситуаций, включающих объяснение (устное и письменное) важности здорового образа жизни, связи здоровья и спорта в жизни человека;</w:t>
      </w:r>
    </w:p>
    <w:p w:rsidR="00FF7173" w:rsidRPr="00621E15" w:rsidRDefault="007F05A8">
      <w:pPr>
        <w:autoSpaceDE w:val="0"/>
        <w:autoSpaceDN w:val="0"/>
        <w:spacing w:before="192" w:after="0" w:line="271" w:lineRule="auto"/>
        <w:ind w:left="240" w:right="72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>определять и аргументировать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с опорой на обществоведческие зн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ания, факты общественной жизни и личный социальный опыт своё отношение к современным формам коммуникации; к здоровому образу жизни;</w:t>
      </w:r>
    </w:p>
    <w:p w:rsidR="00FF7173" w:rsidRPr="00621E15" w:rsidRDefault="007F05A8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решать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в рамках изученного материала познавательные и практические задачи, связанные с волонтёрским движением; отражающие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 особенности коммуникации в виртуальном пространстве;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288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смысловое чтение текстов (научно-популярных, публицистических и др.) по проблемам современного общества, глобализации; непрерывного образования; выбора профессии;</w:t>
      </w:r>
    </w:p>
    <w:p w:rsidR="00FF7173" w:rsidRPr="00621E15" w:rsidRDefault="007F05A8">
      <w:pPr>
        <w:autoSpaceDE w:val="0"/>
        <w:autoSpaceDN w:val="0"/>
        <w:spacing w:before="190" w:after="0" w:line="271" w:lineRule="auto"/>
        <w:ind w:left="240" w:right="864"/>
        <w:rPr>
          <w:lang w:val="ru-RU"/>
        </w:rPr>
      </w:pP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 xml:space="preserve">—  </w:t>
      </w:r>
      <w:r w:rsidRPr="00621E15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осуществлять </w:t>
      </w:r>
      <w:r w:rsidRPr="00621E15">
        <w:rPr>
          <w:rFonts w:ascii="Times New Roman" w:eastAsia="Times New Roman" w:hAnsi="Times New Roman"/>
          <w:color w:val="000000"/>
          <w:sz w:val="24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образования в современном обществе.</w:t>
      </w:r>
    </w:p>
    <w:p w:rsidR="00FF7173" w:rsidRPr="00621E15" w:rsidRDefault="00FF7173">
      <w:pPr>
        <w:rPr>
          <w:lang w:val="ru-RU"/>
        </w:rPr>
        <w:sectPr w:rsidR="00FF7173" w:rsidRPr="00621E15">
          <w:pgSz w:w="11900" w:h="16840"/>
          <w:pgMar w:top="286" w:right="710" w:bottom="896" w:left="846" w:header="720" w:footer="720" w:gutter="0"/>
          <w:cols w:space="720" w:equalWidth="0">
            <w:col w:w="10344" w:space="0"/>
          </w:cols>
          <w:docGrid w:linePitch="360"/>
        </w:sectPr>
      </w:pPr>
    </w:p>
    <w:p w:rsidR="00FF7173" w:rsidRPr="00621E15" w:rsidRDefault="00FF7173">
      <w:pPr>
        <w:autoSpaceDE w:val="0"/>
        <w:autoSpaceDN w:val="0"/>
        <w:spacing w:after="64" w:line="220" w:lineRule="exact"/>
        <w:rPr>
          <w:lang w:val="ru-RU"/>
        </w:rPr>
      </w:pPr>
    </w:p>
    <w:p w:rsidR="00FF7173" w:rsidRDefault="007F05A8">
      <w:pPr>
        <w:autoSpaceDE w:val="0"/>
        <w:autoSpaceDN w:val="0"/>
        <w:spacing w:after="92" w:line="374" w:lineRule="auto"/>
        <w:ind w:right="11952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18"/>
        </w:rPr>
        <w:t>6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52"/>
        <w:gridCol w:w="4394"/>
        <w:gridCol w:w="722"/>
        <w:gridCol w:w="2256"/>
        <w:gridCol w:w="2306"/>
        <w:gridCol w:w="5272"/>
      </w:tblGrid>
      <w:tr w:rsidR="00FF7173">
        <w:trPr>
          <w:trHeight w:hRule="exact" w:val="348"/>
        </w:trPr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43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5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5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FF7173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1.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Человек и его социальное окружение </w:t>
            </w:r>
          </w:p>
        </w:tc>
      </w:tr>
      <w:tr w:rsidR="00FF7173">
        <w:trPr>
          <w:trHeight w:hRule="exact" w:val="542"/>
        </w:trPr>
        <w:tc>
          <w:tcPr>
            <w:tcW w:w="5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4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Социальное становление человека</w:t>
            </w:r>
          </w:p>
        </w:tc>
        <w:tc>
          <w:tcPr>
            <w:tcW w:w="72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225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64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Деятельность человека.</w:t>
            </w:r>
          </w:p>
          <w:p w:rsidR="00FF7173" w:rsidRPr="00621E15" w:rsidRDefault="007F05A8">
            <w:pPr>
              <w:autoSpaceDE w:val="0"/>
              <w:autoSpaceDN w:val="0"/>
              <w:spacing w:before="30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Учебная деятельность школьника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64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Общение и его роль в жизни человека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4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Человек в малой группе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2.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Общество, в котором мы живём </w:t>
            </w:r>
          </w:p>
        </w:tc>
      </w:tr>
      <w:tr w:rsidR="00FF7173">
        <w:trPr>
          <w:trHeight w:hRule="exact" w:val="54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6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Общество — совместная жизнь людей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5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2" w:after="0" w:line="252" w:lineRule="auto"/>
              <w:ind w:left="72" w:right="2736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Положение человека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 обществе</w:t>
            </w:r>
          </w:p>
        </w:tc>
        <w:tc>
          <w:tcPr>
            <w:tcW w:w="72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5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527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4" w:after="0" w:line="252" w:lineRule="auto"/>
              <w:ind w:left="72" w:right="1728"/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Роль экономики в жизни общества.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Основные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участники экономики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4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Политическая жизнь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52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Культурная жизнь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6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Развитие общества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Раздел 3.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Итоговое повторение</w:t>
            </w:r>
          </w:p>
        </w:tc>
      </w:tr>
      <w:tr w:rsidR="00FF7173">
        <w:trPr>
          <w:trHeight w:hRule="exact" w:val="542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Защита проектов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40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98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48"/>
        </w:trPr>
        <w:tc>
          <w:tcPr>
            <w:tcW w:w="4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3.25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</w:tbl>
    <w:p w:rsidR="00FF7173" w:rsidRDefault="007F05A8">
      <w:pPr>
        <w:autoSpaceDE w:val="0"/>
        <w:autoSpaceDN w:val="0"/>
        <w:spacing w:before="188" w:after="94" w:line="230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7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92"/>
        <w:gridCol w:w="5344"/>
        <w:gridCol w:w="4838"/>
        <w:gridCol w:w="4828"/>
      </w:tblGrid>
      <w:tr w:rsidR="00FF7173">
        <w:trPr>
          <w:trHeight w:hRule="exact" w:val="348"/>
        </w:trPr>
        <w:tc>
          <w:tcPr>
            <w:tcW w:w="4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</w:p>
        </w:tc>
        <w:tc>
          <w:tcPr>
            <w:tcW w:w="53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4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FF7173">
        <w:trPr>
          <w:trHeight w:hRule="exact" w:val="412"/>
        </w:trPr>
        <w:tc>
          <w:tcPr>
            <w:tcW w:w="3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3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48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3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6840" w:h="11900"/>
          <w:pgMar w:top="282" w:right="640" w:bottom="10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0" w:line="68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92"/>
        <w:gridCol w:w="5344"/>
        <w:gridCol w:w="660"/>
        <w:gridCol w:w="2064"/>
        <w:gridCol w:w="2114"/>
        <w:gridCol w:w="4828"/>
      </w:tblGrid>
      <w:tr w:rsidR="00FF7173">
        <w:trPr>
          <w:trHeight w:hRule="exact" w:val="432"/>
        </w:trPr>
        <w:tc>
          <w:tcPr>
            <w:tcW w:w="4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424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53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483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4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контрольные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работы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Раздел 1. 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Социальные ценности и нормы 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6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Социальные ценности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2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6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Социальные нормы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534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4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Мораль и моральный выбор. Право и мораль</w:t>
            </w:r>
          </w:p>
        </w:tc>
        <w:tc>
          <w:tcPr>
            <w:tcW w:w="66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20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11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4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5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12</w:t>
            </w:r>
          </w:p>
        </w:tc>
        <w:tc>
          <w:tcPr>
            <w:tcW w:w="90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Раздел 2. 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Человек как участник правовых отношений 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4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Правоотношения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66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Правонарушения и их опасность для личности и общества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Защита прав и свобод человека и  гражданина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5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90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50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Раздел 3.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Основы российского права 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6" w:after="0" w:line="247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Как устроено российское право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Основы гражданского права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4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Основы семейного права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6" w:after="0" w:line="247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Основы трудового права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66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юридической ответственности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542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66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5836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66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</w:t>
            </w:r>
          </w:p>
        </w:tc>
        <w:tc>
          <w:tcPr>
            <w:tcW w:w="9006" w:type="dxa"/>
            <w:gridSpan w:val="3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Раздел 4.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Итоговое повторение</w:t>
            </w:r>
          </w:p>
        </w:tc>
      </w:tr>
      <w:tr w:rsidR="00FF7173">
        <w:trPr>
          <w:trHeight w:hRule="exact" w:val="540"/>
        </w:trPr>
        <w:tc>
          <w:tcPr>
            <w:tcW w:w="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5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Итоговое повторение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360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5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90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76"/>
        </w:trPr>
        <w:tc>
          <w:tcPr>
            <w:tcW w:w="5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4.25</w:t>
            </w:r>
          </w:p>
        </w:tc>
        <w:tc>
          <w:tcPr>
            <w:tcW w:w="4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6840" w:h="11900"/>
          <w:pgMar w:top="70" w:right="640" w:bottom="38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166" w:line="220" w:lineRule="exact"/>
      </w:pPr>
    </w:p>
    <w:p w:rsidR="00FF7173" w:rsidRDefault="007F05A8">
      <w:pPr>
        <w:autoSpaceDE w:val="0"/>
        <w:autoSpaceDN w:val="0"/>
        <w:spacing w:after="92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8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3062"/>
        <w:gridCol w:w="528"/>
        <w:gridCol w:w="1334"/>
        <w:gridCol w:w="1356"/>
        <w:gridCol w:w="8826"/>
      </w:tblGrid>
      <w:tr w:rsidR="00FF7173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30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32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88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FF7173">
        <w:trPr>
          <w:trHeight w:hRule="exact" w:val="540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288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Раздел 1. 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Человек в экономических отношениях </w:t>
            </w:r>
          </w:p>
        </w:tc>
      </w:tr>
      <w:tr w:rsidR="00FF7173">
        <w:trPr>
          <w:trHeight w:hRule="exact" w:val="92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86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Экономика — основа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жизнедеятельности человека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klass/ekonomicheskaia-sfera-zhizni- obshchestva-494709/rol-ekonomiki-v-zhizni-obshchestva-5965215</w:t>
            </w:r>
          </w:p>
          <w:p w:rsidR="00FF7173" w:rsidRDefault="007F05A8">
            <w:pPr>
              <w:autoSpaceDE w:val="0"/>
              <w:autoSpaceDN w:val="0"/>
              <w:spacing w:before="212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https://www.yaklass.ru/TestWork/Info? jid=P4zMmPC9GE-4KnUOgPQARw</w:t>
            </w:r>
          </w:p>
        </w:tc>
      </w:tr>
      <w:tr w:rsidR="00FF7173">
        <w:trPr>
          <w:trHeight w:hRule="exact" w:val="323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Рыночные отношения в экономике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408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https://www.yaklass.ru/p/obshchestvoznanie/8- klass/ekonomicheskaia-sfera-zhizni- obshchestva-494709/ekonomicheskie-sistemy-rynochnyi-mekhanizm-5965874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https://www.yaklass.ru/TestWork/Info? jid=b79Y-OPjEEGmt35-HM8mxQ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chestvoznanie/8- klass/ekonomicheskaia-sfera-zhizni- obshchestva-494709/sobstvennost-kak-osnova-imushchestvennykh-otnoshenii-382214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klass/ekonomicheskaia-sfera-zhizni- obshchestva-494709/formy-sobstvennosti- 4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01573 https://www.yaklass.ru/p/obshchestvoznanie/8- klass/ekonomicheskaia-sfera-zhizni- obshchestva-494709/proizvodstvo-5965875 https://www.yaklass.ru/p/obshchestvoznanie/8- klass/ekonomicheskaia-sfera-zhizni- obshchestva-494709/predprinimatelstvo- 5965876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https://www.yaklass.ru/p/obshchestvoznanie/8- klass/ekonomicheskaia-sfera-zhizni- obshchestva-494709/vzaimovygodnyi-obmen-6792404</w:t>
            </w:r>
          </w:p>
        </w:tc>
      </w:tr>
      <w:tr w:rsidR="00FF7173">
        <w:trPr>
          <w:trHeight w:hRule="exact" w:val="169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Финансовые отношения в экономике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406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https://www.yaklass.ru/p/obshchestvoznanie/8- klass/ekonomicheskaia-sfera-zhizni- obshchestva-494709/denezhnye-resursy- 6578081 https://www.yaklass.ru/TestWork/Info? jid=xRqzCajqpk2dR9jn4vf4ug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klass/ekonomiche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skaia-sfera-zhizni- obshchestva-494709/finansovyi-rynok- instrumenty-i-posredniki-6879723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klass/ekonomicheskaia-sfera-zhizni- obshchestva-494709/bankovskie-uslugi- 6914696</w:t>
            </w:r>
          </w:p>
        </w:tc>
      </w:tr>
      <w:tr w:rsidR="00FF7173">
        <w:trPr>
          <w:trHeight w:hRule="exact" w:val="73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Домашнее хозяйство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37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klass/ekonomicheskaia-sfera-zhizni- obshchestva-494709/semeinaia-ekonomika- 6913080 https://www.yaklass.ru/TestWork/Info? jid=ucl6u307-UaKG_0Iq3S_5w</w:t>
            </w:r>
          </w:p>
        </w:tc>
      </w:tr>
      <w:tr w:rsidR="00FF7173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45" w:lineRule="auto"/>
              <w:ind w:left="72" w:right="576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Экономические цели и  функции государства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0,5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klass/ekonomicheskaia-sfera-zhizni- obshchestva-494709/gosudarstvo-v- ekonomike-6113976</w:t>
            </w:r>
          </w:p>
        </w:tc>
      </w:tr>
      <w:tr w:rsidR="00FF7173">
        <w:trPr>
          <w:trHeight w:hRule="exact" w:val="350"/>
        </w:trPr>
        <w:tc>
          <w:tcPr>
            <w:tcW w:w="3458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11516" w:type="dxa"/>
            <w:gridSpan w:val="3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Раздел 2. 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Человек в мире культуры</w:t>
            </w:r>
          </w:p>
        </w:tc>
      </w:tr>
      <w:tr w:rsidR="00FF7173">
        <w:trPr>
          <w:trHeight w:hRule="exact" w:val="52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Культура, её многообразие и формы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klass/dukhovnaia-sfera-obshchestva- 5968582/sostavliaiushchie-dukhovnoi-sfery-5854091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6840" w:h="11900"/>
          <w:pgMar w:top="384" w:right="640" w:bottom="61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3062"/>
        <w:gridCol w:w="528"/>
        <w:gridCol w:w="1334"/>
        <w:gridCol w:w="1356"/>
        <w:gridCol w:w="8826"/>
      </w:tblGrid>
      <w:tr w:rsidR="00FF7173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klass/dukhovnaia-sfera-obshchestva- 5968582/obrazovanie-v-sovremennom-mire-5978482</w:t>
            </w:r>
          </w:p>
          <w:p w:rsidR="00FF7173" w:rsidRDefault="007F05A8">
            <w:pPr>
              <w:autoSpaceDE w:val="0"/>
              <w:autoSpaceDN w:val="0"/>
              <w:spacing w:before="21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klass/dukhovnaia-sfera-obshchestva- 5968582/nauka-5984947</w:t>
            </w:r>
          </w:p>
        </w:tc>
      </w:tr>
      <w:tr w:rsidR="00FF7173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Роль  религии в ж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изни общества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https://www.yaklass.ru/p/obshchestvoznanie/8- klass/dukhovnaia-sfera-obshchestva- 5968582/religiia-6002746</w:t>
            </w:r>
          </w:p>
        </w:tc>
      </w:tr>
      <w:tr w:rsidR="00FF7173">
        <w:trPr>
          <w:trHeight w:hRule="exact" w:val="54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Роль искусства в жизни человека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https://www.yaklass.ru/p/obshchestvoznanie/8- klass/dukhovnaia-sfera-obshchestva- </w:t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5968582/iskusstvo-6048262</w:t>
            </w:r>
          </w:p>
        </w:tc>
      </w:tr>
      <w:tr w:rsidR="00FF7173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Роль информации в современном мире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76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10</w:t>
            </w:r>
          </w:p>
        </w:tc>
        <w:tc>
          <w:tcPr>
            <w:tcW w:w="1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3.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Итоговое повторение</w:t>
            </w:r>
          </w:p>
        </w:tc>
      </w:tr>
      <w:tr w:rsidR="00FF7173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Защита проектов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45" w:lineRule="auto"/>
              <w:ind w:left="72" w:right="763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http://school-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collection.edu.ru/</w:t>
            </w:r>
          </w:p>
        </w:tc>
      </w:tr>
      <w:tr w:rsidR="00FF7173">
        <w:trPr>
          <w:trHeight w:hRule="exact" w:val="348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540"/>
        </w:trPr>
        <w:tc>
          <w:tcPr>
            <w:tcW w:w="3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45" w:lineRule="auto"/>
              <w:ind w:left="72" w:right="864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4.75</w:t>
            </w:r>
          </w:p>
        </w:tc>
        <w:tc>
          <w:tcPr>
            <w:tcW w:w="8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</w:tbl>
    <w:p w:rsidR="00FF7173" w:rsidRDefault="007F05A8">
      <w:pPr>
        <w:autoSpaceDE w:val="0"/>
        <w:autoSpaceDN w:val="0"/>
        <w:spacing w:before="188" w:after="92" w:line="233" w:lineRule="auto"/>
      </w:pPr>
      <w:r>
        <w:rPr>
          <w:rFonts w:ascii="Times New Roman" w:eastAsia="Times New Roman" w:hAnsi="Times New Roman"/>
          <w:b/>
          <w:color w:val="000000"/>
          <w:sz w:val="18"/>
        </w:rPr>
        <w:t>9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08"/>
        <w:gridCol w:w="6904"/>
        <w:gridCol w:w="552"/>
        <w:gridCol w:w="1754"/>
        <w:gridCol w:w="1788"/>
        <w:gridCol w:w="4096"/>
      </w:tblGrid>
      <w:tr w:rsidR="00FF7173">
        <w:trPr>
          <w:trHeight w:hRule="exact" w:val="350"/>
        </w:trPr>
        <w:tc>
          <w:tcPr>
            <w:tcW w:w="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6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40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40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FF7173">
        <w:trPr>
          <w:trHeight w:hRule="exact" w:val="348"/>
        </w:trPr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2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Раздел 1. 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Человек в политическом измерении 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Политика и политическая власть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Участие граждан в политике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48"/>
        </w:trPr>
        <w:tc>
          <w:tcPr>
            <w:tcW w:w="73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7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Раздел 2.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Гражданин и государство 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Основы конституционного строя Российской 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Федерации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Высшие органы государственной власти в Российской Федерации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50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48"/>
        </w:trPr>
        <w:tc>
          <w:tcPr>
            <w:tcW w:w="73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7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Раздел 3. 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Человек в системе социальных отношений 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Социальные общности и группы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Статусы и роли. Социализация личности.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Семья и её функции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2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Этносы и нации в современном обществе.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Социальная политика Российского государства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6840" w:h="11900"/>
          <w:pgMar w:top="284" w:right="640" w:bottom="29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08"/>
        <w:gridCol w:w="6904"/>
        <w:gridCol w:w="552"/>
        <w:gridCol w:w="1754"/>
        <w:gridCol w:w="1788"/>
        <w:gridCol w:w="4096"/>
      </w:tblGrid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0.25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48"/>
        </w:trPr>
        <w:tc>
          <w:tcPr>
            <w:tcW w:w="73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Итого по разделу 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11</w:t>
            </w:r>
          </w:p>
        </w:tc>
        <w:tc>
          <w:tcPr>
            <w:tcW w:w="7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 w:rsidRPr="00621E15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Раздел 4. </w:t>
            </w: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Человек в современном изменяющемся мире 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Человек в современном изменяющемся мире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0.75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48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69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Итоговое повторение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0.5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http://schoolcollection.edu.ru/</w:t>
            </w:r>
          </w:p>
        </w:tc>
      </w:tr>
      <w:tr w:rsidR="00FF7173">
        <w:trPr>
          <w:trHeight w:hRule="exact" w:val="350"/>
        </w:trPr>
        <w:tc>
          <w:tcPr>
            <w:tcW w:w="7312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9</w:t>
            </w:r>
          </w:p>
        </w:tc>
        <w:tc>
          <w:tcPr>
            <w:tcW w:w="7638" w:type="dxa"/>
            <w:gridSpan w:val="3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328"/>
        </w:trPr>
        <w:tc>
          <w:tcPr>
            <w:tcW w:w="73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34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4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78" w:line="220" w:lineRule="exact"/>
      </w:pPr>
    </w:p>
    <w:p w:rsidR="00FF7173" w:rsidRDefault="007F05A8">
      <w:pPr>
        <w:autoSpaceDE w:val="0"/>
        <w:autoSpaceDN w:val="0"/>
        <w:spacing w:after="140" w:line="382" w:lineRule="auto"/>
        <w:ind w:right="6768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ПОУРОЧНОЕ ПЛАНИРОВАНИЕ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6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4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FF7173">
        <w:trPr>
          <w:trHeight w:hRule="exact" w:val="828"/>
        </w:trPr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Биологическое и социальное вчеловеке. Черты сходства и различия человека и животного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100" w:after="0" w:line="262" w:lineRule="auto"/>
              <w:ind w:left="72" w:right="144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Потребности человека </w:t>
            </w:r>
            <w:r w:rsidRPr="00621E15">
              <w:rPr>
                <w:lang w:val="ru-RU"/>
              </w:rPr>
              <w:br/>
            </w: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(биологические,социальные, духовные).</w:t>
            </w:r>
          </w:p>
          <w:p w:rsidR="00FF7173" w:rsidRDefault="007F05A8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Способности человека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Анализ входной контрольной работы. Индивид, индивидуальность, личность.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Возрастные периоды жизни человека и </w:t>
            </w: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формированиеличности. Отношения между поколениями. Особенности </w:t>
            </w:r>
            <w:r w:rsidRPr="00621E15">
              <w:rPr>
                <w:lang w:val="ru-RU"/>
              </w:rPr>
              <w:br/>
            </w: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подросткового возраста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Люди с ограниченными </w:t>
            </w:r>
            <w:r w:rsidRPr="00621E15">
              <w:rPr>
                <w:lang w:val="ru-RU"/>
              </w:rPr>
              <w:br/>
            </w: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возможностямиздоровья, их особые потребности и социальная позиция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 w:line="271" w:lineRule="auto"/>
              <w:ind w:left="72" w:right="864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Деятельность человека. Понятие </w:t>
            </w: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деятельности. Цели и мотивы деятельности.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100" w:after="0" w:line="262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Виды деятельности: игра, труд, учение, познание человеком мира и самого себя.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 w:line="262" w:lineRule="auto"/>
              <w:ind w:left="72" w:right="1008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Право человека на образование. Школьное образование.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Права 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обязанности учащегося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Общение. Цели и средства общения.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Особенности общения подростков. Общение всовременных условиях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Pr="00621E15" w:rsidRDefault="007F05A8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621E15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Отношения в малых группах. Групповые нормыи правила.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98" w:right="650" w:bottom="55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Лидерство в группе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72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 за 1  полугодие.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Анализ контрольной работы.</w:t>
            </w:r>
          </w:p>
          <w:p w:rsidR="00FF7173" w:rsidRDefault="007F05A8">
            <w:pPr>
              <w:autoSpaceDE w:val="0"/>
              <w:autoSpaceDN w:val="0"/>
              <w:spacing w:before="70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Межличностныеотношения (деловые, личные).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Отношения в семье. Роль семьи в жизни человека и общества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Семейные традиции. Семейный досуг 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Свободное время подростка. Отношения сдрузьями и сверстниками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Конфликты в межличностных отношениях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Что такое общество. Связь общества и природы.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Устройство общественной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жизни.Основные сферы жизни общества и их взаимодействие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right="864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Социальные общности и группы. Положение человека в обществе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Что такое экономика. Взаимосвязь жизниобщества и его экономического развития.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4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Виды экономической деятельности Ресурсы ивозможности экономики нашей страны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Политическая жизнь общества.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Россия—многонациональное государство.</w:t>
            </w:r>
          </w:p>
          <w:p w:rsidR="00FF7173" w:rsidRDefault="007F05A8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Государственная власть в нашей стране.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166"/>
              <w:jc w:val="both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Государственные символы Наша страна в начале XXIвека. Место нашей Родины среди современных государств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Культурная жизнь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Духовные ценности, традиционные ценностироссийского народа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49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общества. Усиление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взаимосвязей стран и народов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условиях информационного общества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Глобальные проблемы современности ивозможности их решения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Анализ промежуточной аттестации. Повторение.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Защита проектов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4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3.25</w:t>
            </w:r>
          </w:p>
        </w:tc>
      </w:tr>
    </w:tbl>
    <w:p w:rsidR="00FF7173" w:rsidRDefault="007F05A8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7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4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FF7173">
        <w:trPr>
          <w:trHeight w:hRule="exact" w:val="828"/>
        </w:trPr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tabs>
                <w:tab w:val="left" w:pos="432"/>
              </w:tabs>
              <w:autoSpaceDE w:val="0"/>
              <w:autoSpaceDN w:val="0"/>
              <w:spacing w:before="98" w:after="0" w:line="271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Общественные </w:t>
            </w:r>
            <w:r>
              <w:br/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ценности. Свобода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Ответственность гражданина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Входная контрольная работа.</w:t>
            </w:r>
          </w:p>
          <w:p w:rsidR="00FF7173" w:rsidRDefault="007F05A8">
            <w:pPr>
              <w:autoSpaceDE w:val="0"/>
              <w:autoSpaceDN w:val="0"/>
              <w:spacing w:before="7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Гражданственность и патриотизм. Гуманизм.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Анализ контрольной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работы.Социальные нормыкак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регуляторы общественной жизни и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поведения человека в обществе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Виды социальных норм. Традиции и обычаи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Добро и зло. Нравственные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чувствачеловека. Совесть и стыд.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Моральный выбор.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Моральная оценка поведения людей исобственного поведения.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68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Влияние моральных норм на общество и человека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 и его роль в жизни общества.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 и мораль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Повторительно-обобщающий урок "Социальные ценности инормы"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Правоотношения и их особенности. Правовая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норма.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Участники правоотношений.</w:t>
            </w:r>
          </w:p>
          <w:p w:rsidR="00FF7173" w:rsidRDefault="007F05A8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Правоспособность идееспособность.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Правовая оценка поступков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деятельности человека.Правомерное поведение. Правовая культура личности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Правонарушение и юридическая ответственность.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Проступок и преступление. Опасность правонарушенийдля личности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Права и свободы человека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гражданина. Гарантия прав исвобод.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Конституционные обязанности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гражданинаРоссийской Федерации.</w:t>
            </w:r>
          </w:p>
          <w:p w:rsidR="00FF7173" w:rsidRDefault="007F05A8">
            <w:pPr>
              <w:autoSpaceDE w:val="0"/>
              <w:autoSpaceDN w:val="0"/>
              <w:spacing w:before="70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Права ребёнка и возможности их защиты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Конституция Российской Федерации —основной закон. Законы и подзаконные акты. Отрасли права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Физические и юридические лица в гражданском праве. Право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собственности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Основные виды гражданско-правовых договоров.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Важность семьи в жизни человека, общества игосударства. Условия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заключения брака в Российской Федерации.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57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Права и обязанности детей и родителей. Защита прав и интересов детей.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Стороны трудовых отношений. Их праваи обязанности.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Трудовой договор. Заключение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ипрекращение трудового договора.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Рабочее время и время отдыха.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Гражданско-правовые нарушения и ответственность. Административные и дисциплинарные взыскания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Преступления и уголовная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ответственность.Юридическая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ответственность несовершеннолетних.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Структура правоохранительных органов Российской Федерации.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Функции правоохранительных органов.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Повторительно -обобщающий урок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"Основыроссийского права"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Защита проекта "Социальные ценности и нормы"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Защита проекта "Человек, как участник правовыхотношений." "Основы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российского права"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30"/>
        </w:trPr>
        <w:tc>
          <w:tcPr>
            <w:tcW w:w="4886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14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4.25</w:t>
            </w:r>
          </w:p>
        </w:tc>
      </w:tr>
    </w:tbl>
    <w:p w:rsidR="00FF7173" w:rsidRDefault="007F05A8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8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4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FF7173">
        <w:trPr>
          <w:trHeight w:hRule="exact" w:val="828"/>
        </w:trPr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Роль экономики в жизни общества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Экономические системы. Рыночный механизм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68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29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Собственность как основа имущественных отношений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Письменный контроль;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Формы собственности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 № 1. Экономика -основа жизнедеятельности человека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Предпринимательство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Взаимовыгодный обмен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  Рыночные отношения в экономике.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Денежные ресурсы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Экономика производителя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Труд в экономике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Письменный контроль;</w:t>
            </w:r>
          </w:p>
        </w:tc>
      </w:tr>
      <w:tr w:rsidR="00FF7173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Понятия занятости и безработицы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Финансовый рынок: инструменты и посредники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 Финансовые отношения в экономике.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Семейная экономика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 Домашнее хозяйство.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75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Повторение и обобщение в форме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тестирования по теме "Человек в экономических отношениях".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Составляющие духовной сферы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Образование в современном мире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Наука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Практическая работа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"Наука"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Религия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  Роль религии в жизни общества.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Искусство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 Роль искусства в жизни человека.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Информация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Повторение и обобщение в форме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тестирования по теме "Человек в мире культуры".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работа. Защита проектов.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работа. Защита проектов.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4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4.5</w:t>
            </w:r>
          </w:p>
        </w:tc>
      </w:tr>
    </w:tbl>
    <w:p w:rsidR="00FF7173" w:rsidRDefault="007F05A8">
      <w:pPr>
        <w:autoSpaceDE w:val="0"/>
        <w:autoSpaceDN w:val="0"/>
        <w:spacing w:before="218" w:after="14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9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4020"/>
        <w:gridCol w:w="1646"/>
      </w:tblGrid>
      <w:tr w:rsidR="00FF7173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lastRenderedPageBreak/>
              <w:t>п/п</w:t>
            </w:r>
          </w:p>
        </w:tc>
        <w:tc>
          <w:tcPr>
            <w:tcW w:w="43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lastRenderedPageBreak/>
              <w:t>Тема урока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lastRenderedPageBreak/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FF7173">
        <w:trPr>
          <w:trHeight w:hRule="exact" w:val="1546"/>
        </w:trPr>
        <w:tc>
          <w:tcPr>
            <w:tcW w:w="264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264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264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F7173" w:rsidRDefault="00FF7173"/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0" w:left="666" w:header="720" w:footer="720" w:gutter="0"/>
          <w:cols w:space="720" w:equalWidth="0">
            <w:col w:w="10584" w:space="0"/>
          </w:cols>
          <w:docGrid w:linePitch="360"/>
        </w:sect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1146"/>
        </w:trPr>
        <w:tc>
          <w:tcPr>
            <w:tcW w:w="50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438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402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164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912"/>
        </w:trPr>
        <w:tc>
          <w:tcPr>
            <w:tcW w:w="17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17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7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73" w:rsidRDefault="00FF7173"/>
        </w:tc>
      </w:tr>
      <w:tr w:rsidR="00FF7173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Политика и политическая власть.</w:t>
            </w:r>
          </w:p>
          <w:p w:rsidR="00FF7173" w:rsidRDefault="007F05A8">
            <w:pPr>
              <w:autoSpaceDE w:val="0"/>
              <w:autoSpaceDN w:val="0"/>
              <w:spacing w:before="70" w:after="0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Государство — политическая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организация общества. Признаки государства. Внутренняя и внешняя политика.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83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Форма государства. Монархия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республика — основные формы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правления. Унитарное и федеративное государственно-территориальное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устройство. Политический режим и его виды.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Демократия, демократические ценности. Правовое государство и гражданское общество.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Участие граждан в политике. Выборы, референдум.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Политические партии, их роль в демократическом обществе.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Общественно-политические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организации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Повторение "Человек в политическом измерении"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21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8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Основы конституционного строя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Российской Федерации. Россия —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демократическое федеративное правовое государство с республиканской формой правления. Россия — светское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государство.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Россия — социальное государство. Основные направления и приоритеты социальной политики российского государства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0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32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Законодательные, исполнительные и суде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бные органы государственной власти в Российской Федерации.</w:t>
            </w:r>
          </w:p>
          <w:p w:rsidR="00FF7173" w:rsidRDefault="007F05A8">
            <w:pPr>
              <w:autoSpaceDE w:val="0"/>
              <w:autoSpaceDN w:val="0"/>
              <w:spacing w:before="70" w:after="0" w:line="28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Президент — глава государства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Российская Федерация. Федеральное Собрание Российской Федерации: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Государственная Дума и Совет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Федерации. Правительство Российской Федерации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Судебная система в Российской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Федерации. Конституционный Суд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Российской Федерации. Верховный Суд Российской Федерации.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38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Государственное управление.</w:t>
            </w:r>
          </w:p>
          <w:p w:rsidR="00FF7173" w:rsidRDefault="007F05A8">
            <w:pPr>
              <w:autoSpaceDE w:val="0"/>
              <w:autoSpaceDN w:val="0"/>
              <w:spacing w:before="70" w:after="0" w:line="262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Противодействие коррупции в Российской Федерации.</w:t>
            </w:r>
          </w:p>
          <w:p w:rsidR="00FF7173" w:rsidRDefault="007F05A8">
            <w:pPr>
              <w:autoSpaceDE w:val="0"/>
              <w:autoSpaceDN w:val="0"/>
              <w:spacing w:before="70" w:after="0" w:line="28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Государственно-территориальное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</w:t>
            </w:r>
          </w:p>
          <w:p w:rsidR="00FF7173" w:rsidRDefault="007F05A8">
            <w:pPr>
              <w:autoSpaceDE w:val="0"/>
              <w:autoSpaceDN w:val="0"/>
              <w:spacing w:before="7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Конституционный статус субъектов Российской Федерации.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Местное самоуправление.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83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Конституция Российской Федерации о правовом статусе человека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гражданина. Гражданство Российской Федерации. Взаимосвязь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конституционных прав, свобод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обязанностей гражданина Российской Федерации.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Обобщающий урок "Человек в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политическом измерении. Гражданин и государство"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Социальная структура общества.</w:t>
            </w:r>
          </w:p>
          <w:p w:rsidR="00FF7173" w:rsidRDefault="007F05A8">
            <w:pPr>
              <w:autoSpaceDE w:val="0"/>
              <w:autoSpaceDN w:val="0"/>
              <w:spacing w:before="7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Многообразие социальных общностей и групп.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Социальная мобильность.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57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9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Социальный статус человека в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обществе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Социальные роли. Ролевой набор подростка.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Социализация личности.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Роль семьи в социализации личности. Функции семьи. Семейные ценности. Основные роли членов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семьи.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8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Этнос и нация. Россия —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многонациональное государство. Этносы и нации в диалоге культур. Социальная политика Российского государства.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Социальные конфликты и пути их разрешения.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Отклоняющееся поведение. Опасность наркомании и алкоголизма для человека и общества. Профилактика негативных отклонений поведения. 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Социальная и личная значимость здорового образа жизни.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Обобщающий урок "Человек в системе социальных отношений"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Информационное общество. Сущность глобализации. Причины, проявления и последствия глобализации, её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противоречия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71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. Глобальные проблемы и возможности их решения. Экологическая ситуация и способы её улучшения.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FF7173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Молодёжь — активный участник общественной жизни. Волонтёрское движение.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Профессии настоящего и будущего. Непрерывное образование и карьера.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Здоровый образ жизни. Социальная и личная значимость здорового образа жизни. Мода и спорт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0.25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43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4382"/>
        <w:gridCol w:w="732"/>
        <w:gridCol w:w="1620"/>
        <w:gridCol w:w="1668"/>
        <w:gridCol w:w="1646"/>
      </w:tblGrid>
      <w:tr w:rsidR="00FF7173">
        <w:trPr>
          <w:trHeight w:hRule="exact" w:val="192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81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Современные формы связи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коммуникации: как они изменили мир. Особенности общения в виртуальном пространстве. Перспективы развития общества.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Промежуточная аттестация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Контрольная работа;</w:t>
            </w:r>
          </w:p>
        </w:tc>
      </w:tr>
      <w:tr w:rsidR="00FF7173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Итоговое повторение.Защита проектов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0.5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работа;</w:t>
            </w:r>
          </w:p>
        </w:tc>
      </w:tr>
      <w:tr w:rsidR="00FF7173">
        <w:trPr>
          <w:trHeight w:hRule="exact" w:val="49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4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FF7173"/>
        </w:tc>
      </w:tr>
      <w:tr w:rsidR="00FF7173">
        <w:trPr>
          <w:trHeight w:hRule="exact" w:val="808"/>
        </w:trPr>
        <w:tc>
          <w:tcPr>
            <w:tcW w:w="4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F7173" w:rsidRDefault="007F05A8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</w:tr>
    </w:tbl>
    <w:p w:rsidR="00FF7173" w:rsidRDefault="00FF7173">
      <w:pPr>
        <w:autoSpaceDE w:val="0"/>
        <w:autoSpaceDN w:val="0"/>
        <w:spacing w:after="0" w:line="14" w:lineRule="exact"/>
      </w:pPr>
    </w:p>
    <w:p w:rsidR="00FF7173" w:rsidRDefault="00FF7173">
      <w:pPr>
        <w:sectPr w:rsidR="00FF7173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78" w:line="220" w:lineRule="exact"/>
      </w:pPr>
    </w:p>
    <w:p w:rsidR="00FF7173" w:rsidRDefault="007F05A8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УЧЕБНО-МЕТОДИЧЕСКОЕ ОБЕСПЕ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ЧЕНИЕ ОБРАЗОВАТЕЛЬНОГО ПРОЦЕССА </w:t>
      </w:r>
    </w:p>
    <w:p w:rsidR="00FF7173" w:rsidRDefault="007F05A8">
      <w:pPr>
        <w:autoSpaceDE w:val="0"/>
        <w:autoSpaceDN w:val="0"/>
        <w:spacing w:before="346" w:after="0" w:line="355" w:lineRule="auto"/>
        <w:ind w:right="1296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ОБЯЗАТЕЛЬНЫЕ УЧЕБНЫЕ МАТЕРИАЛЫ ДЛЯ УЧЕНИКА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6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Боголюбов Л.Н., Виноградова Н.Ф., Городецкая Н.И. и другие. Обществознание, 6 класс.</w:t>
      </w:r>
    </w:p>
    <w:p w:rsidR="00FF7173" w:rsidRDefault="007F05A8">
      <w:pPr>
        <w:autoSpaceDE w:val="0"/>
        <w:autoSpaceDN w:val="0"/>
        <w:spacing w:before="70" w:after="0" w:line="391" w:lineRule="auto"/>
        <w:ind w:right="144"/>
      </w:pPr>
      <w:r>
        <w:rPr>
          <w:rFonts w:ascii="Times New Roman" w:eastAsia="Times New Roman" w:hAnsi="Times New Roman"/>
          <w:color w:val="000000"/>
          <w:sz w:val="24"/>
        </w:rPr>
        <w:t xml:space="preserve">Издательство «Просвещение» Издательство «Просвещение»;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Введите свой вариант: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7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Боголюбов Л.Н., Иванова Л.Ф., Городецкая Н.И. и другие. Обществознание. 7 кл. Издательство "Просвещение";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Введите свой вариант: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8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Боголюбов Л.Н., Лазебникова А.Ю., Городецкая Н.И. и другие. Обществознание. 8 кл. Издательство«Просвещение»;</w:t>
      </w:r>
      <w:r>
        <w:rPr>
          <w:rFonts w:ascii="Times New Roman" w:eastAsia="Times New Roman" w:hAnsi="Times New Roman"/>
          <w:color w:val="000000"/>
          <w:sz w:val="24"/>
        </w:rPr>
        <w:t xml:space="preserve">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Введите свой вариант: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9 КЛАСС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Боголюбов Л.Н., Лазебникова А.Ю., Матвеев А.И. и другие. Обществознание. 9 кл. Издательство«Просвещение»;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Введите свой вариант: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МЕТОДИЧЕСКИЕ МАТЕРИАЛЫ ДЛЯ УЧИТЕЛЯ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6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7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8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9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ЦИФРОВЫЕ ОБРАЗОВАТЕЛ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ЬНЫЕ РЕСУРСЫ И РЕСУРСЫ СЕТИ ИНТЕРНЕТ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6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7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 xml:space="preserve">8 КЛАСС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9 КЛАСС</w:t>
      </w:r>
    </w:p>
    <w:p w:rsidR="00FF7173" w:rsidRDefault="00FF7173">
      <w:pPr>
        <w:sectPr w:rsidR="00FF7173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F7173" w:rsidRDefault="00FF7173">
      <w:pPr>
        <w:autoSpaceDE w:val="0"/>
        <w:autoSpaceDN w:val="0"/>
        <w:spacing w:after="78" w:line="220" w:lineRule="exact"/>
      </w:pPr>
    </w:p>
    <w:p w:rsidR="00FF7173" w:rsidRDefault="007F05A8">
      <w:pPr>
        <w:autoSpaceDE w:val="0"/>
        <w:autoSpaceDN w:val="0"/>
        <w:spacing w:after="0" w:line="408" w:lineRule="auto"/>
        <w:ind w:right="432"/>
      </w:pPr>
      <w:r>
        <w:rPr>
          <w:rFonts w:ascii="Times New Roman" w:eastAsia="Times New Roman" w:hAnsi="Times New Roman"/>
          <w:b/>
          <w:color w:val="000000"/>
          <w:sz w:val="24"/>
        </w:rPr>
        <w:t>МАТЕРИАЛЬНО-ТЕХНИЧЕСК</w:t>
      </w:r>
      <w:r>
        <w:rPr>
          <w:rFonts w:ascii="Times New Roman" w:eastAsia="Times New Roman" w:hAnsi="Times New Roman"/>
          <w:b/>
          <w:color w:val="000000"/>
          <w:sz w:val="24"/>
        </w:rPr>
        <w:t xml:space="preserve">ОЕ ОБЕСПЕЧЕНИЕ ОБРАЗОВАТЕЛЬНОГО ПРОЦЕССА УЧЕБНОЕ ОБОРУДОВАНИЕ </w:t>
      </w:r>
      <w:r>
        <w:br/>
      </w:r>
      <w:r>
        <w:rPr>
          <w:rFonts w:ascii="Times New Roman" w:eastAsia="Times New Roman" w:hAnsi="Times New Roman"/>
          <w:b/>
          <w:color w:val="000000"/>
          <w:sz w:val="24"/>
        </w:rPr>
        <w:t>ОБОРУДОВАНИЕ ДЛЯ ПРОВЕДЕНИЯ ПРАКТИЧЕСКИХ РАБОТ</w:t>
      </w:r>
    </w:p>
    <w:p w:rsidR="00FF7173" w:rsidRDefault="00FF7173">
      <w:pPr>
        <w:sectPr w:rsidR="00FF7173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7F05A8" w:rsidRDefault="007F05A8"/>
    <w:sectPr w:rsidR="007F05A8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21E15"/>
    <w:rsid w:val="007F05A8"/>
    <w:rsid w:val="00AA1D8D"/>
    <w:rsid w:val="00B47730"/>
    <w:rsid w:val="00CB0664"/>
    <w:rsid w:val="00FC693F"/>
    <w:rsid w:val="00FF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621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621E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621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621E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458400E-9A3F-4109-8B71-A4BE314DA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13592</Words>
  <Characters>77476</Characters>
  <Application>Microsoft Office Word</Application>
  <DocSecurity>0</DocSecurity>
  <Lines>645</Lines>
  <Paragraphs>181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90887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3</cp:revision>
  <dcterms:created xsi:type="dcterms:W3CDTF">2013-12-23T23:15:00Z</dcterms:created>
  <dcterms:modified xsi:type="dcterms:W3CDTF">2022-11-09T11:29:00Z</dcterms:modified>
  <cp:category/>
</cp:coreProperties>
</file>